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3121" w14:textId="5ABD235F" w:rsidR="00E86FEF" w:rsidRDefault="00E86FEF" w:rsidP="00E86FEF">
      <w:pPr>
        <w:spacing w:after="0" w:line="240" w:lineRule="auto"/>
        <w:ind w:left="2880" w:firstLine="720"/>
        <w:rPr>
          <w:rFonts w:ascii="Calibri" w:eastAsia="Calibri" w:hAnsi="Calibri" w:cs="Times New Roman"/>
          <w:b/>
          <w:bCs/>
          <w:color w:val="6F4B73"/>
          <w:sz w:val="36"/>
          <w:szCs w:val="36"/>
          <w:lang w:val="en-GB"/>
        </w:rPr>
      </w:pPr>
      <w:r w:rsidRPr="00E86FEF">
        <w:rPr>
          <w:rFonts w:ascii="Cambria" w:eastAsia="MS Mincho" w:hAnsi="Cambria" w:cs="Times New Roman"/>
          <w:noProof/>
        </w:rPr>
        <w:drawing>
          <wp:anchor distT="0" distB="0" distL="114300" distR="114300" simplePos="0" relativeHeight="251658240" behindDoc="0" locked="0" layoutInCell="1" allowOverlap="1" wp14:anchorId="62C0457C" wp14:editId="3758C375">
            <wp:simplePos x="0" y="0"/>
            <wp:positionH relativeFrom="column">
              <wp:posOffset>447675</wp:posOffset>
            </wp:positionH>
            <wp:positionV relativeFrom="paragraph">
              <wp:posOffset>-85725</wp:posOffset>
            </wp:positionV>
            <wp:extent cx="1562100" cy="1203943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03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C819B" w14:textId="17045868" w:rsidR="00E86FEF" w:rsidRPr="00E86FEF" w:rsidRDefault="00E86FEF" w:rsidP="00E86FEF">
      <w:pPr>
        <w:spacing w:after="0" w:line="240" w:lineRule="auto"/>
        <w:ind w:left="2880" w:firstLine="720"/>
        <w:rPr>
          <w:rFonts w:ascii="Calibri" w:eastAsia="Calibri" w:hAnsi="Calibri" w:cs="Calibri"/>
          <w:b/>
          <w:bCs/>
          <w:color w:val="6F4B73"/>
          <w:sz w:val="36"/>
          <w:szCs w:val="36"/>
          <w:lang w:val="en-GB"/>
        </w:rPr>
      </w:pPr>
      <w:r w:rsidRPr="00E86FEF">
        <w:rPr>
          <w:rFonts w:ascii="Calibri" w:eastAsia="Calibri" w:hAnsi="Calibri" w:cs="Times New Roman"/>
          <w:b/>
          <w:bCs/>
          <w:color w:val="6F4B73"/>
          <w:sz w:val="36"/>
          <w:szCs w:val="36"/>
          <w:lang w:val="en-GB"/>
        </w:rPr>
        <w:t>UPTON &amp; NORTH ELMSALL PARISH COUNCIL</w:t>
      </w:r>
    </w:p>
    <w:p w14:paraId="11E84793" w14:textId="73F54A8E" w:rsidR="00E86FEF" w:rsidRPr="00E86FEF" w:rsidRDefault="00E86FEF" w:rsidP="00E86FEF">
      <w:pPr>
        <w:spacing w:after="0" w:line="240" w:lineRule="auto"/>
        <w:rPr>
          <w:rFonts w:ascii="Calibri" w:eastAsia="Calibri" w:hAnsi="Calibri" w:cs="Calibri"/>
          <w:color w:val="6F4B73"/>
          <w:sz w:val="24"/>
          <w:szCs w:val="24"/>
          <w:lang w:val="en-GB"/>
        </w:rPr>
      </w:pPr>
      <w:r w:rsidRPr="00E86FEF">
        <w:rPr>
          <w:rFonts w:ascii="Calibri" w:eastAsia="Calibri" w:hAnsi="Calibri" w:cs="Calibri"/>
          <w:color w:val="6F4B73"/>
          <w:sz w:val="24"/>
          <w:szCs w:val="24"/>
          <w:lang w:val="en-GB"/>
        </w:rPr>
        <w:tab/>
      </w:r>
      <w:r w:rsidRPr="00E86FEF">
        <w:rPr>
          <w:rFonts w:ascii="Calibri" w:eastAsia="Calibri" w:hAnsi="Calibri" w:cs="Calibri"/>
          <w:color w:val="6F4B73"/>
          <w:sz w:val="24"/>
          <w:szCs w:val="24"/>
          <w:lang w:val="en-GB"/>
        </w:rPr>
        <w:tab/>
      </w:r>
      <w:r w:rsidRPr="00E86FEF">
        <w:rPr>
          <w:rFonts w:ascii="Calibri" w:eastAsia="Calibri" w:hAnsi="Calibri" w:cs="Calibri"/>
          <w:color w:val="6F4B73"/>
          <w:sz w:val="24"/>
          <w:szCs w:val="24"/>
          <w:lang w:val="en-GB"/>
        </w:rPr>
        <w:tab/>
      </w:r>
      <w:r w:rsidRPr="00E86FEF">
        <w:rPr>
          <w:rFonts w:ascii="Calibri" w:eastAsia="Calibri" w:hAnsi="Calibri" w:cs="Calibri"/>
          <w:color w:val="6F4B73"/>
          <w:sz w:val="24"/>
          <w:szCs w:val="24"/>
          <w:lang w:val="en-GB"/>
        </w:rPr>
        <w:tab/>
      </w:r>
      <w:r>
        <w:rPr>
          <w:rFonts w:ascii="Calibri" w:eastAsia="Calibri" w:hAnsi="Calibri" w:cs="Calibri"/>
          <w:color w:val="6F4B73"/>
          <w:sz w:val="24"/>
          <w:szCs w:val="24"/>
          <w:lang w:val="en-GB"/>
        </w:rPr>
        <w:tab/>
      </w:r>
      <w:r w:rsidRPr="00E86FEF">
        <w:rPr>
          <w:rFonts w:ascii="Calibri" w:eastAsia="Calibri" w:hAnsi="Calibri" w:cs="Calibri"/>
          <w:color w:val="6F4B73"/>
          <w:sz w:val="24"/>
          <w:szCs w:val="24"/>
          <w:lang w:val="en-GB"/>
        </w:rPr>
        <w:t>The Village Hall, Harewood Lane, Upton, WF9 1JB</w:t>
      </w:r>
    </w:p>
    <w:p w14:paraId="170E9851" w14:textId="77777777" w:rsidR="00E86FEF" w:rsidRPr="00E86FEF" w:rsidRDefault="00E86FEF" w:rsidP="00E86FEF">
      <w:pPr>
        <w:spacing w:after="0" w:line="240" w:lineRule="auto"/>
        <w:ind w:left="2880" w:firstLine="720"/>
        <w:rPr>
          <w:rFonts w:ascii="Calibri" w:eastAsia="Calibri" w:hAnsi="Calibri" w:cs="Times New Roman"/>
          <w:lang w:val="en-GB"/>
        </w:rPr>
      </w:pPr>
      <w:r w:rsidRPr="00E86FEF">
        <w:rPr>
          <w:rFonts w:ascii="Calibri" w:eastAsia="Calibri" w:hAnsi="Calibri" w:cs="Times New Roman"/>
          <w:sz w:val="24"/>
          <w:szCs w:val="24"/>
          <w:lang w:val="en-GB"/>
        </w:rPr>
        <w:t xml:space="preserve">(01977) 643283 / 645351 </w:t>
      </w:r>
      <w:r w:rsidRPr="00E86FEF">
        <w:rPr>
          <w:rFonts w:ascii="Calibri" w:eastAsia="Calibri" w:hAnsi="Calibri" w:cs="Times New Roman"/>
          <w:color w:val="6F4B73"/>
          <w:sz w:val="24"/>
          <w:szCs w:val="24"/>
          <w:lang w:val="en-GB"/>
        </w:rPr>
        <w:t>|</w:t>
      </w:r>
      <w:r w:rsidRPr="00E86FEF">
        <w:rPr>
          <w:rFonts w:ascii="Calibri" w:eastAsia="Calibri" w:hAnsi="Calibri" w:cs="Times New Roman"/>
          <w:sz w:val="24"/>
          <w:szCs w:val="24"/>
          <w:lang w:val="en-GB"/>
        </w:rPr>
        <w:t xml:space="preserve"> </w:t>
      </w:r>
      <w:hyperlink r:id="rId12" w:history="1">
        <w:r w:rsidRPr="00E86FEF">
          <w:rPr>
            <w:rFonts w:ascii="Calibri" w:eastAsia="Calibri" w:hAnsi="Calibri" w:cs="Times New Roman"/>
            <w:color w:val="0070C0"/>
            <w:sz w:val="24"/>
            <w:szCs w:val="24"/>
            <w:u w:val="single"/>
            <w:lang w:val="en-GB"/>
          </w:rPr>
          <w:t>clerk@uptonandnorthelmsall-pc.gov.uk</w:t>
        </w:r>
      </w:hyperlink>
    </w:p>
    <w:p w14:paraId="25F6119A" w14:textId="34113C82" w:rsidR="00E86FEF" w:rsidRPr="00E86FEF" w:rsidRDefault="00E86FEF" w:rsidP="00E86FEF">
      <w:pPr>
        <w:spacing w:after="0" w:line="240" w:lineRule="auto"/>
        <w:ind w:left="5040"/>
        <w:rPr>
          <w:rFonts w:ascii="Calibri" w:eastAsia="Calibri" w:hAnsi="Calibri" w:cs="Times New Roman"/>
          <w:sz w:val="24"/>
          <w:szCs w:val="24"/>
          <w:lang w:val="en-GB"/>
        </w:rPr>
      </w:pPr>
      <w:r w:rsidRPr="00E86FEF">
        <w:rPr>
          <w:rFonts w:ascii="Calibri" w:eastAsia="Calibri" w:hAnsi="Calibri" w:cs="Times New Roman"/>
          <w:lang w:val="en-GB"/>
        </w:rPr>
        <w:t xml:space="preserve">          </w:t>
      </w:r>
      <w:r>
        <w:rPr>
          <w:rFonts w:ascii="Calibri" w:eastAsia="Calibri" w:hAnsi="Calibri" w:cs="Times New Roman"/>
          <w:lang w:val="en-GB"/>
        </w:rPr>
        <w:tab/>
      </w:r>
      <w:r w:rsidRPr="00E86FEF">
        <w:rPr>
          <w:rFonts w:ascii="Calibri" w:eastAsia="Calibri" w:hAnsi="Calibri" w:cs="Times New Roman"/>
          <w:lang w:val="en-GB"/>
        </w:rPr>
        <w:t xml:space="preserve"> </w:t>
      </w:r>
      <w:r>
        <w:rPr>
          <w:rFonts w:ascii="Calibri" w:eastAsia="Calibri" w:hAnsi="Calibri" w:cs="Times New Roman"/>
          <w:lang w:val="en-GB"/>
        </w:rPr>
        <w:t xml:space="preserve">          </w:t>
      </w:r>
      <w:hyperlink r:id="rId13" w:history="1">
        <w:r w:rsidRPr="00E86FEF">
          <w:rPr>
            <w:rStyle w:val="Hyperlink"/>
            <w:rFonts w:ascii="Calibri" w:eastAsia="Calibri" w:hAnsi="Calibri" w:cs="Times New Roman"/>
            <w:color w:val="0070C0"/>
            <w:sz w:val="24"/>
            <w:szCs w:val="24"/>
            <w:lang w:val="en-GB"/>
          </w:rPr>
          <w:t>admin@uptonandnorthelmsall-pc.gov.uk</w:t>
        </w:r>
      </w:hyperlink>
      <w:r w:rsidRPr="00E86FEF">
        <w:rPr>
          <w:rFonts w:ascii="Calibri" w:eastAsia="Calibri" w:hAnsi="Calibri" w:cs="Times New Roman"/>
          <w:color w:val="0070C0"/>
          <w:sz w:val="24"/>
          <w:szCs w:val="24"/>
          <w:lang w:val="en-GB"/>
        </w:rPr>
        <w:t xml:space="preserve"> </w:t>
      </w:r>
    </w:p>
    <w:p w14:paraId="6C0E00EF" w14:textId="77777777" w:rsidR="00E86FEF" w:rsidRPr="00E86FEF" w:rsidRDefault="00E86FEF" w:rsidP="00E86FEF">
      <w:pPr>
        <w:spacing w:after="0" w:line="240" w:lineRule="auto"/>
        <w:rPr>
          <w:rFonts w:ascii="Calibri" w:eastAsia="Calibri" w:hAnsi="Calibri" w:cs="Times New Roman"/>
          <w:color w:val="7030A0"/>
          <w:sz w:val="12"/>
          <w:szCs w:val="12"/>
          <w:lang w:val="en-GB"/>
        </w:rPr>
      </w:pPr>
    </w:p>
    <w:p w14:paraId="7046AF4E" w14:textId="77777777" w:rsidR="00E86FEF" w:rsidRDefault="00E86FEF" w:rsidP="00E86FEF">
      <w:pPr>
        <w:pBdr>
          <w:top w:val="single" w:sz="18" w:space="1" w:color="6F4B73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  <w:lang w:val="en-GB"/>
        </w:rPr>
      </w:pPr>
    </w:p>
    <w:p w14:paraId="42457BDC" w14:textId="77777777" w:rsidR="00E86FEF" w:rsidRPr="00E86FEF" w:rsidRDefault="00E86FEF" w:rsidP="00E86FEF">
      <w:pPr>
        <w:pBdr>
          <w:top w:val="single" w:sz="18" w:space="1" w:color="6F4B73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  <w:lang w:val="en-GB"/>
        </w:rPr>
      </w:pPr>
    </w:p>
    <w:p w14:paraId="05EFF28D" w14:textId="042BDC77" w:rsidR="00491107" w:rsidRDefault="00A95434" w:rsidP="005A0235">
      <w:pPr>
        <w:pStyle w:val="Heading1"/>
      </w:pPr>
      <w:r>
        <w:t>APPLICATION FOR CO-OPTION</w:t>
      </w:r>
    </w:p>
    <w:p w14:paraId="3BB20A90" w14:textId="77777777" w:rsidR="005A0235" w:rsidRPr="00A76F14" w:rsidRDefault="005A0235" w:rsidP="00A76F14">
      <w:pPr>
        <w:pStyle w:val="NoSpacing"/>
        <w:rPr>
          <w:sz w:val="24"/>
          <w:szCs w:val="24"/>
        </w:rPr>
      </w:pPr>
    </w:p>
    <w:p w14:paraId="7BBB47CE" w14:textId="77777777" w:rsidR="00A95434" w:rsidRPr="00A95434" w:rsidRDefault="00A95434" w:rsidP="00A95434">
      <w:pPr>
        <w:pStyle w:val="NoSpacing"/>
        <w:rPr>
          <w:rFonts w:asciiTheme="majorHAnsi" w:hAnsiTheme="majorHAnsi" w:cstheme="majorHAnsi"/>
          <w:szCs w:val="28"/>
        </w:rPr>
      </w:pPr>
      <w:r w:rsidRPr="00A95434">
        <w:rPr>
          <w:rFonts w:asciiTheme="majorHAnsi" w:hAnsiTheme="majorHAnsi" w:cstheme="majorHAnsi"/>
          <w:szCs w:val="28"/>
        </w:rPr>
        <w:t>Please complete this form in full. All information will be treated confidentially and used only for the purpose of assessing your application for co-option.</w:t>
      </w:r>
    </w:p>
    <w:p w14:paraId="5ABE91C3" w14:textId="77777777" w:rsidR="00A95434" w:rsidRPr="00A95434" w:rsidRDefault="00A95434" w:rsidP="00A95434">
      <w:pPr>
        <w:pStyle w:val="NoSpacing"/>
        <w:rPr>
          <w:rFonts w:asciiTheme="majorHAnsi" w:hAnsiTheme="majorHAnsi" w:cstheme="majorHAnsi"/>
          <w:b/>
          <w:bCs/>
          <w:szCs w:val="28"/>
          <w:lang w:val="en-GB"/>
        </w:rPr>
      </w:pPr>
    </w:p>
    <w:p w14:paraId="5BEABD48" w14:textId="35125D1A" w:rsidR="00A95434" w:rsidRPr="00A95434" w:rsidRDefault="00A95434" w:rsidP="00A95434">
      <w:pPr>
        <w:pStyle w:val="NoSpacing"/>
        <w:rPr>
          <w:rFonts w:asciiTheme="majorHAnsi" w:hAnsiTheme="majorHAnsi" w:cstheme="majorHAnsi"/>
          <w:szCs w:val="28"/>
        </w:rPr>
      </w:pPr>
      <w:r w:rsidRPr="00A95434">
        <w:rPr>
          <w:rFonts w:asciiTheme="majorHAnsi" w:hAnsiTheme="majorHAnsi" w:cstheme="majorHAnsi"/>
          <w:szCs w:val="28"/>
        </w:rPr>
        <w:t xml:space="preserve">Return completed forms to the </w:t>
      </w:r>
      <w:r w:rsidR="003B0328">
        <w:rPr>
          <w:rFonts w:asciiTheme="majorHAnsi" w:hAnsiTheme="majorHAnsi" w:cstheme="majorHAnsi"/>
          <w:szCs w:val="28"/>
        </w:rPr>
        <w:t>Parish Clerk</w:t>
      </w:r>
      <w:r w:rsidRPr="00A95434">
        <w:rPr>
          <w:rFonts w:asciiTheme="majorHAnsi" w:hAnsiTheme="majorHAnsi" w:cstheme="majorHAnsi"/>
          <w:szCs w:val="28"/>
        </w:rPr>
        <w:t xml:space="preserve"> by the stated deadline.</w:t>
      </w:r>
    </w:p>
    <w:p w14:paraId="576C4C05" w14:textId="77777777" w:rsidR="00A95434" w:rsidRPr="00A95434" w:rsidRDefault="00A95434" w:rsidP="00A95434">
      <w:pPr>
        <w:pStyle w:val="NoSpacing"/>
        <w:rPr>
          <w:rFonts w:asciiTheme="majorHAnsi" w:hAnsiTheme="majorHAnsi" w:cstheme="majorHAnsi"/>
          <w:b/>
          <w:bCs/>
          <w:szCs w:val="28"/>
          <w:lang w:val="en-GB"/>
        </w:rPr>
      </w:pPr>
    </w:p>
    <w:p w14:paraId="70AD45FD" w14:textId="01D1AECC" w:rsidR="00A95434" w:rsidRPr="00A95434" w:rsidRDefault="00A95434" w:rsidP="00A95434">
      <w:pPr>
        <w:pStyle w:val="NoSpacing"/>
        <w:numPr>
          <w:ilvl w:val="0"/>
          <w:numId w:val="47"/>
        </w:numPr>
        <w:rPr>
          <w:b/>
          <w:bCs/>
        </w:rPr>
      </w:pPr>
      <w:r w:rsidRPr="00A95434">
        <w:rPr>
          <w:b/>
          <w:bCs/>
        </w:rPr>
        <w:t>Personal Details</w:t>
      </w:r>
    </w:p>
    <w:p w14:paraId="4262E383" w14:textId="77777777" w:rsidR="00A95434" w:rsidRPr="00A95434" w:rsidRDefault="00A95434" w:rsidP="00A95434">
      <w:pPr>
        <w:pStyle w:val="NoSpacing"/>
        <w:ind w:firstLine="720"/>
      </w:pPr>
      <w:r w:rsidRPr="00A95434">
        <w:t>Full Name:</w:t>
      </w:r>
    </w:p>
    <w:p w14:paraId="66BEE1F1" w14:textId="77777777" w:rsidR="00A95434" w:rsidRPr="00A95434" w:rsidRDefault="00A95434" w:rsidP="00A95434">
      <w:pPr>
        <w:pStyle w:val="NoSpacing"/>
      </w:pPr>
    </w:p>
    <w:p w14:paraId="43EED416" w14:textId="77777777" w:rsidR="00A95434" w:rsidRPr="00A95434" w:rsidRDefault="00A95434" w:rsidP="00A95434">
      <w:pPr>
        <w:pStyle w:val="NoSpacing"/>
        <w:ind w:left="720"/>
      </w:pPr>
      <w:r w:rsidRPr="00A95434">
        <w:t>Address:</w:t>
      </w:r>
    </w:p>
    <w:p w14:paraId="3C4B1B4C" w14:textId="77777777" w:rsidR="00A95434" w:rsidRPr="00A95434" w:rsidRDefault="00A95434" w:rsidP="00A95434">
      <w:pPr>
        <w:pStyle w:val="NoSpacing"/>
      </w:pPr>
    </w:p>
    <w:p w14:paraId="06D87352" w14:textId="77777777" w:rsidR="00A95434" w:rsidRDefault="00A95434" w:rsidP="00A95434">
      <w:pPr>
        <w:pStyle w:val="NoSpacing"/>
        <w:ind w:firstLine="720"/>
      </w:pPr>
    </w:p>
    <w:p w14:paraId="2862FB24" w14:textId="5885248F" w:rsidR="00A95434" w:rsidRPr="00A95434" w:rsidRDefault="00A95434" w:rsidP="00A95434">
      <w:pPr>
        <w:pStyle w:val="NoSpacing"/>
        <w:ind w:firstLine="720"/>
      </w:pPr>
      <w:r w:rsidRPr="00A95434">
        <w:t>Postcode:</w:t>
      </w:r>
    </w:p>
    <w:p w14:paraId="78496752" w14:textId="77777777" w:rsidR="00A95434" w:rsidRDefault="00A95434" w:rsidP="00A95434">
      <w:pPr>
        <w:pStyle w:val="NoSpacing"/>
      </w:pPr>
    </w:p>
    <w:p w14:paraId="040C62EB" w14:textId="77777777" w:rsidR="00E86FEF" w:rsidRPr="00A95434" w:rsidRDefault="00E86FEF" w:rsidP="00A95434">
      <w:pPr>
        <w:pStyle w:val="NoSpacing"/>
      </w:pPr>
    </w:p>
    <w:p w14:paraId="330DAD6D" w14:textId="77777777" w:rsidR="00A95434" w:rsidRPr="00A95434" w:rsidRDefault="00A95434" w:rsidP="00A95434">
      <w:pPr>
        <w:pStyle w:val="NoSpacing"/>
        <w:ind w:firstLine="720"/>
      </w:pPr>
      <w:r w:rsidRPr="00A95434">
        <w:t>Telephone:</w:t>
      </w:r>
    </w:p>
    <w:p w14:paraId="2EC2F329" w14:textId="77777777" w:rsidR="00A95434" w:rsidRPr="00A95434" w:rsidRDefault="00A95434" w:rsidP="00A95434">
      <w:pPr>
        <w:pStyle w:val="NoSpacing"/>
      </w:pPr>
    </w:p>
    <w:p w14:paraId="07F72717" w14:textId="77777777" w:rsidR="00A95434" w:rsidRPr="00A95434" w:rsidRDefault="00A95434" w:rsidP="00A95434">
      <w:pPr>
        <w:pStyle w:val="NoSpacing"/>
        <w:ind w:firstLine="720"/>
      </w:pPr>
      <w:r w:rsidRPr="00A95434">
        <w:t>Email:</w:t>
      </w:r>
    </w:p>
    <w:p w14:paraId="2FA363DD" w14:textId="77777777" w:rsidR="00A95434" w:rsidRDefault="00A95434" w:rsidP="00A95434">
      <w:pPr>
        <w:pStyle w:val="NoSpacing"/>
      </w:pPr>
    </w:p>
    <w:p w14:paraId="576F8402" w14:textId="77777777" w:rsidR="00BA4F8A" w:rsidRPr="00A95434" w:rsidRDefault="00BA4F8A" w:rsidP="00A95434">
      <w:pPr>
        <w:pStyle w:val="NoSpacing"/>
      </w:pPr>
    </w:p>
    <w:p w14:paraId="2A3AEC34" w14:textId="2B353637" w:rsidR="00A95434" w:rsidRPr="00A95434" w:rsidRDefault="00A95434" w:rsidP="00A95434">
      <w:pPr>
        <w:pStyle w:val="NoSpacing"/>
        <w:numPr>
          <w:ilvl w:val="0"/>
          <w:numId w:val="47"/>
        </w:numPr>
        <w:rPr>
          <w:b/>
          <w:bCs/>
        </w:rPr>
      </w:pPr>
      <w:r w:rsidRPr="00A95434">
        <w:rPr>
          <w:b/>
          <w:bCs/>
        </w:rPr>
        <w:t>Eligibility</w:t>
      </w:r>
    </w:p>
    <w:p w14:paraId="31845557" w14:textId="77777777" w:rsidR="00A95434" w:rsidRDefault="00A95434" w:rsidP="00A95434">
      <w:pPr>
        <w:pStyle w:val="NoSpacing"/>
        <w:ind w:left="720"/>
      </w:pPr>
      <w:r w:rsidRPr="00A95434">
        <w:t>Please confirm that you meet at least one of the eligibility criteria under Section 79 of the Local Government Act 1972.</w:t>
      </w:r>
    </w:p>
    <w:p w14:paraId="51D9DF1E" w14:textId="14C8E536" w:rsidR="00E86FEF" w:rsidRPr="00E86FEF" w:rsidRDefault="00E86FEF" w:rsidP="00A95434">
      <w:pPr>
        <w:pStyle w:val="NoSpacing"/>
        <w:ind w:left="720"/>
        <w:rPr>
          <w:sz w:val="24"/>
          <w:szCs w:val="20"/>
        </w:rPr>
      </w:pPr>
      <w:r w:rsidRPr="00E86FEF">
        <w:rPr>
          <w:sz w:val="24"/>
          <w:szCs w:val="20"/>
        </w:rPr>
        <w:t>(Please tick all that apply.)</w:t>
      </w:r>
    </w:p>
    <w:p w14:paraId="3CCACB43" w14:textId="77777777" w:rsidR="00A95434" w:rsidRPr="00A95434" w:rsidRDefault="00A95434" w:rsidP="00A95434">
      <w:pPr>
        <w:pStyle w:val="NoSpacing"/>
      </w:pPr>
    </w:p>
    <w:p w14:paraId="4AE4AF51" w14:textId="7F70ECD0" w:rsidR="00A95434" w:rsidRPr="00A95434" w:rsidRDefault="00571C70" w:rsidP="00A95434">
      <w:pPr>
        <w:pStyle w:val="NoSpacing"/>
        <w:ind w:left="720"/>
      </w:pPr>
      <w:sdt>
        <w:sdtPr>
          <w:id w:val="185908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F8A">
            <w:rPr>
              <w:rFonts w:ascii="MS Gothic" w:eastAsia="MS Gothic" w:hAnsi="MS Gothic" w:hint="eastAsia"/>
            </w:rPr>
            <w:t>☐</w:t>
          </w:r>
        </w:sdtContent>
      </w:sdt>
      <w:r w:rsidR="00A95434" w:rsidRPr="00A95434">
        <w:t xml:space="preserve"> Registered elector for the parish</w:t>
      </w:r>
    </w:p>
    <w:p w14:paraId="4226986F" w14:textId="5D05E97B" w:rsidR="00A95434" w:rsidRPr="00A95434" w:rsidRDefault="00571C70" w:rsidP="00A95434">
      <w:pPr>
        <w:pStyle w:val="NoSpacing"/>
        <w:ind w:left="720"/>
      </w:pPr>
      <w:sdt>
        <w:sdtPr>
          <w:id w:val="1778068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F8A">
            <w:rPr>
              <w:rFonts w:ascii="MS Gothic" w:eastAsia="MS Gothic" w:hAnsi="MS Gothic" w:hint="eastAsia"/>
            </w:rPr>
            <w:t>☐</w:t>
          </w:r>
        </w:sdtContent>
      </w:sdt>
      <w:r w:rsidR="00A95434" w:rsidRPr="00A95434">
        <w:t xml:space="preserve"> Resided in the parish for the past 12 months</w:t>
      </w:r>
    </w:p>
    <w:p w14:paraId="5DB2A447" w14:textId="0364CB1B" w:rsidR="00A95434" w:rsidRPr="00A95434" w:rsidRDefault="00571C70" w:rsidP="00A95434">
      <w:pPr>
        <w:pStyle w:val="NoSpacing"/>
        <w:ind w:left="720"/>
      </w:pPr>
      <w:sdt>
        <w:sdtPr>
          <w:id w:val="-46927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3F0B">
            <w:rPr>
              <w:rFonts w:ascii="MS Gothic" w:eastAsia="MS Gothic" w:hAnsi="MS Gothic" w:hint="eastAsia"/>
            </w:rPr>
            <w:t>☐</w:t>
          </w:r>
        </w:sdtContent>
      </w:sdt>
      <w:r w:rsidR="00A95434" w:rsidRPr="00A95434">
        <w:t xml:space="preserve"> Occupied land or premises in the parish for the past 12 months</w:t>
      </w:r>
    </w:p>
    <w:p w14:paraId="29551C59" w14:textId="4E765345" w:rsidR="00A95434" w:rsidRPr="00A95434" w:rsidRDefault="00571C70" w:rsidP="00A95434">
      <w:pPr>
        <w:pStyle w:val="NoSpacing"/>
        <w:ind w:left="720"/>
      </w:pPr>
      <w:sdt>
        <w:sdtPr>
          <w:id w:val="169615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3F0B">
            <w:rPr>
              <w:rFonts w:ascii="MS Gothic" w:eastAsia="MS Gothic" w:hAnsi="MS Gothic" w:hint="eastAsia"/>
            </w:rPr>
            <w:t>☐</w:t>
          </w:r>
        </w:sdtContent>
      </w:sdt>
      <w:r w:rsidR="00A95434" w:rsidRPr="00A95434">
        <w:t xml:space="preserve"> Principal place of work in the parish</w:t>
      </w:r>
    </w:p>
    <w:p w14:paraId="412D5308" w14:textId="6EDB78E0" w:rsidR="00A95434" w:rsidRPr="00A95434" w:rsidRDefault="00571C70" w:rsidP="00A95434">
      <w:pPr>
        <w:pStyle w:val="NoSpacing"/>
        <w:ind w:left="720"/>
      </w:pPr>
      <w:sdt>
        <w:sdtPr>
          <w:id w:val="1616096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3F0B">
            <w:rPr>
              <w:rFonts w:ascii="MS Gothic" w:eastAsia="MS Gothic" w:hAnsi="MS Gothic" w:hint="eastAsia"/>
            </w:rPr>
            <w:t>☐</w:t>
          </w:r>
        </w:sdtContent>
      </w:sdt>
      <w:r w:rsidR="00A95434" w:rsidRPr="00A95434">
        <w:t xml:space="preserve"> Lived within three miles of the parish boundary</w:t>
      </w:r>
    </w:p>
    <w:p w14:paraId="03CE434C" w14:textId="77777777" w:rsidR="005F3F0B" w:rsidRDefault="005F3F0B" w:rsidP="00A95434">
      <w:pPr>
        <w:pStyle w:val="NoSpacing"/>
      </w:pPr>
    </w:p>
    <w:p w14:paraId="0D1F9F1C" w14:textId="060D766B" w:rsidR="00E86FEF" w:rsidRPr="00A95434" w:rsidRDefault="00E86FEF" w:rsidP="00A95434">
      <w:pPr>
        <w:pStyle w:val="NoSpacing"/>
      </w:pPr>
    </w:p>
    <w:p w14:paraId="12C3F0C3" w14:textId="68B16191" w:rsidR="00A95434" w:rsidRPr="00A95434" w:rsidRDefault="00A95434" w:rsidP="00A95434">
      <w:pPr>
        <w:pStyle w:val="NoSpacing"/>
        <w:numPr>
          <w:ilvl w:val="0"/>
          <w:numId w:val="47"/>
        </w:numPr>
        <w:rPr>
          <w:b/>
          <w:bCs/>
        </w:rPr>
      </w:pPr>
      <w:r w:rsidRPr="00A95434">
        <w:rPr>
          <w:b/>
          <w:bCs/>
        </w:rPr>
        <w:lastRenderedPageBreak/>
        <w:t>Statement of Interest</w:t>
      </w:r>
      <w:r w:rsidR="000027D7">
        <w:rPr>
          <w:b/>
          <w:bCs/>
        </w:rPr>
        <w:t>*</w:t>
      </w:r>
    </w:p>
    <w:p w14:paraId="01F82FBA" w14:textId="4DEC0C65" w:rsidR="00A95434" w:rsidRDefault="00A95434" w:rsidP="00A95434">
      <w:pPr>
        <w:pStyle w:val="NoSpacing"/>
        <w:ind w:left="720"/>
      </w:pPr>
      <w:r w:rsidRPr="00A95434">
        <w:t xml:space="preserve">Please explain why you wish to become a Parish </w:t>
      </w:r>
      <w:proofErr w:type="spellStart"/>
      <w:r w:rsidRPr="00A95434">
        <w:t>Councillor</w:t>
      </w:r>
      <w:proofErr w:type="spellEnd"/>
      <w:r w:rsidRPr="00A95434">
        <w:t xml:space="preserve"> and what skills or experience you would bring</w:t>
      </w:r>
      <w:r>
        <w:t>:</w:t>
      </w:r>
    </w:p>
    <w:p w14:paraId="05DC08F1" w14:textId="77777777" w:rsidR="00A95434" w:rsidRDefault="00A95434" w:rsidP="00A95434">
      <w:pPr>
        <w:pStyle w:val="NoSpacing"/>
        <w:ind w:left="720"/>
      </w:pPr>
    </w:p>
    <w:p w14:paraId="3C5DAB87" w14:textId="77777777" w:rsidR="00A95434" w:rsidRDefault="00A95434" w:rsidP="00A95434">
      <w:pPr>
        <w:pStyle w:val="NoSpacing"/>
        <w:ind w:left="720"/>
      </w:pPr>
    </w:p>
    <w:p w14:paraId="02036A9F" w14:textId="77777777" w:rsidR="00A95434" w:rsidRDefault="00A95434" w:rsidP="00A95434">
      <w:pPr>
        <w:pStyle w:val="NoSpacing"/>
        <w:ind w:left="720"/>
      </w:pPr>
    </w:p>
    <w:p w14:paraId="12B44214" w14:textId="77777777" w:rsidR="00A95434" w:rsidRDefault="00A95434" w:rsidP="00A95434">
      <w:pPr>
        <w:pStyle w:val="NoSpacing"/>
        <w:ind w:left="720"/>
      </w:pPr>
    </w:p>
    <w:p w14:paraId="4A02FEBC" w14:textId="77777777" w:rsidR="00A95434" w:rsidRDefault="00A95434" w:rsidP="00A95434">
      <w:pPr>
        <w:pStyle w:val="NoSpacing"/>
        <w:ind w:left="720"/>
      </w:pPr>
    </w:p>
    <w:p w14:paraId="628ED9F7" w14:textId="77777777" w:rsidR="00A95434" w:rsidRDefault="00A95434" w:rsidP="00A95434">
      <w:pPr>
        <w:pStyle w:val="NoSpacing"/>
        <w:ind w:left="720"/>
      </w:pPr>
    </w:p>
    <w:p w14:paraId="23F80ADE" w14:textId="77777777" w:rsidR="00A95434" w:rsidRDefault="00A95434" w:rsidP="00A95434">
      <w:pPr>
        <w:pStyle w:val="NoSpacing"/>
        <w:ind w:left="720"/>
      </w:pPr>
    </w:p>
    <w:p w14:paraId="21A80470" w14:textId="77777777" w:rsidR="00A95434" w:rsidRDefault="00A95434" w:rsidP="00A95434">
      <w:pPr>
        <w:pStyle w:val="NoSpacing"/>
        <w:ind w:left="720"/>
      </w:pPr>
    </w:p>
    <w:p w14:paraId="48E24F00" w14:textId="77777777" w:rsidR="00A95434" w:rsidRDefault="00A95434" w:rsidP="00A95434">
      <w:pPr>
        <w:pStyle w:val="NoSpacing"/>
        <w:ind w:left="720"/>
      </w:pPr>
    </w:p>
    <w:p w14:paraId="1461B92E" w14:textId="77777777" w:rsidR="00A95434" w:rsidRDefault="00A95434" w:rsidP="00A95434">
      <w:pPr>
        <w:pStyle w:val="NoSpacing"/>
        <w:ind w:left="720"/>
      </w:pPr>
    </w:p>
    <w:p w14:paraId="07A6F563" w14:textId="77777777" w:rsidR="00A95434" w:rsidRDefault="00A95434" w:rsidP="00A95434">
      <w:pPr>
        <w:pStyle w:val="NoSpacing"/>
        <w:ind w:left="720"/>
      </w:pPr>
    </w:p>
    <w:p w14:paraId="1CBC0815" w14:textId="77777777" w:rsidR="00A95434" w:rsidRDefault="00A95434" w:rsidP="00A95434">
      <w:pPr>
        <w:pStyle w:val="NoSpacing"/>
        <w:ind w:left="720"/>
      </w:pPr>
    </w:p>
    <w:p w14:paraId="2883C194" w14:textId="77777777" w:rsidR="00A95434" w:rsidRDefault="00A95434" w:rsidP="00A95434">
      <w:pPr>
        <w:pStyle w:val="NoSpacing"/>
        <w:ind w:left="720"/>
      </w:pPr>
    </w:p>
    <w:p w14:paraId="3C44B216" w14:textId="77777777" w:rsidR="00A95434" w:rsidRDefault="00A95434" w:rsidP="00A95434">
      <w:pPr>
        <w:pStyle w:val="NoSpacing"/>
        <w:ind w:left="720"/>
      </w:pPr>
    </w:p>
    <w:p w14:paraId="2D0A2E3E" w14:textId="77777777" w:rsidR="00A95434" w:rsidRDefault="00A95434" w:rsidP="00A95434">
      <w:pPr>
        <w:pStyle w:val="NoSpacing"/>
        <w:ind w:left="720"/>
      </w:pPr>
    </w:p>
    <w:p w14:paraId="6B7B1599" w14:textId="77777777" w:rsidR="00A95434" w:rsidRDefault="00A95434" w:rsidP="00A95434">
      <w:pPr>
        <w:pStyle w:val="NoSpacing"/>
        <w:ind w:left="720"/>
      </w:pPr>
    </w:p>
    <w:p w14:paraId="35D031B4" w14:textId="77777777" w:rsidR="00A95434" w:rsidRDefault="00A95434" w:rsidP="00A95434">
      <w:pPr>
        <w:pStyle w:val="NoSpacing"/>
        <w:ind w:left="720"/>
      </w:pPr>
    </w:p>
    <w:p w14:paraId="649153F8" w14:textId="77777777" w:rsidR="00A95434" w:rsidRDefault="00A95434" w:rsidP="00A95434">
      <w:pPr>
        <w:pStyle w:val="NoSpacing"/>
        <w:ind w:left="720"/>
      </w:pPr>
    </w:p>
    <w:p w14:paraId="164023B9" w14:textId="77777777" w:rsidR="00A95434" w:rsidRDefault="00A95434" w:rsidP="00A95434">
      <w:pPr>
        <w:pStyle w:val="NoSpacing"/>
        <w:ind w:left="720"/>
      </w:pPr>
    </w:p>
    <w:p w14:paraId="6A0AAB7C" w14:textId="77777777" w:rsidR="00A95434" w:rsidRDefault="00A95434" w:rsidP="00A95434">
      <w:pPr>
        <w:pStyle w:val="NoSpacing"/>
        <w:ind w:left="720"/>
      </w:pPr>
    </w:p>
    <w:p w14:paraId="5805C9B4" w14:textId="77777777" w:rsidR="00A95434" w:rsidRDefault="00A95434" w:rsidP="00A95434">
      <w:pPr>
        <w:pStyle w:val="NoSpacing"/>
        <w:ind w:left="720"/>
      </w:pPr>
    </w:p>
    <w:p w14:paraId="3D8C818D" w14:textId="77777777" w:rsidR="00A95434" w:rsidRDefault="00A95434" w:rsidP="00A95434">
      <w:pPr>
        <w:pStyle w:val="NoSpacing"/>
        <w:ind w:left="720"/>
      </w:pPr>
    </w:p>
    <w:p w14:paraId="4DF5BDF8" w14:textId="77777777" w:rsidR="00A95434" w:rsidRDefault="00A95434" w:rsidP="00A95434">
      <w:pPr>
        <w:pStyle w:val="NoSpacing"/>
        <w:ind w:left="720"/>
      </w:pPr>
    </w:p>
    <w:p w14:paraId="58A92F74" w14:textId="77777777" w:rsidR="00A95434" w:rsidRDefault="00A95434" w:rsidP="00A95434">
      <w:pPr>
        <w:pStyle w:val="NoSpacing"/>
      </w:pPr>
    </w:p>
    <w:p w14:paraId="2A61EA96" w14:textId="77777777" w:rsidR="005F3F0B" w:rsidRDefault="005F3F0B" w:rsidP="00A95434">
      <w:pPr>
        <w:pStyle w:val="NoSpacing"/>
      </w:pPr>
    </w:p>
    <w:p w14:paraId="5C012CF0" w14:textId="77777777" w:rsidR="005F3F0B" w:rsidRDefault="005F3F0B" w:rsidP="00A95434">
      <w:pPr>
        <w:pStyle w:val="NoSpacing"/>
      </w:pPr>
    </w:p>
    <w:p w14:paraId="2B0062A7" w14:textId="77777777" w:rsidR="005F3F0B" w:rsidRDefault="005F3F0B" w:rsidP="00A95434">
      <w:pPr>
        <w:pStyle w:val="NoSpacing"/>
      </w:pPr>
    </w:p>
    <w:p w14:paraId="3BA2866C" w14:textId="77777777" w:rsidR="00613042" w:rsidRPr="00A95434" w:rsidRDefault="00613042" w:rsidP="00A95434">
      <w:pPr>
        <w:pStyle w:val="NoSpacing"/>
      </w:pPr>
    </w:p>
    <w:p w14:paraId="6D8E4922" w14:textId="2CB31083" w:rsidR="00A95434" w:rsidRPr="00A95434" w:rsidRDefault="00A95434" w:rsidP="00A95434">
      <w:pPr>
        <w:pStyle w:val="NoSpacing"/>
        <w:numPr>
          <w:ilvl w:val="0"/>
          <w:numId w:val="47"/>
        </w:numPr>
        <w:rPr>
          <w:b/>
          <w:bCs/>
        </w:rPr>
      </w:pPr>
      <w:r w:rsidRPr="00A95434">
        <w:rPr>
          <w:b/>
          <w:bCs/>
        </w:rPr>
        <w:t>Declaration</w:t>
      </w:r>
    </w:p>
    <w:p w14:paraId="06988EF2" w14:textId="77777777" w:rsidR="00A95434" w:rsidRPr="00A95434" w:rsidRDefault="00A95434" w:rsidP="00A95434">
      <w:pPr>
        <w:pStyle w:val="NoSpacing"/>
        <w:ind w:firstLine="720"/>
      </w:pPr>
      <w:r w:rsidRPr="00A95434">
        <w:t>I confirm that the information provided is true and accurate.</w:t>
      </w:r>
    </w:p>
    <w:p w14:paraId="0D80308C" w14:textId="77777777" w:rsidR="00613042" w:rsidRDefault="00613042" w:rsidP="000027D7">
      <w:pPr>
        <w:pStyle w:val="NoSpacing"/>
      </w:pPr>
    </w:p>
    <w:p w14:paraId="0EBD6DF8" w14:textId="2A1143F7" w:rsidR="00A95434" w:rsidRDefault="00A95434" w:rsidP="000027D7">
      <w:pPr>
        <w:pStyle w:val="NoSpacing"/>
        <w:ind w:firstLine="720"/>
      </w:pPr>
      <w:r w:rsidRPr="00A95434">
        <w:t>Signature:</w:t>
      </w:r>
    </w:p>
    <w:p w14:paraId="0BCBF8FA" w14:textId="77777777" w:rsidR="00613042" w:rsidRPr="000027D7" w:rsidRDefault="00613042" w:rsidP="00A95434">
      <w:pPr>
        <w:pStyle w:val="NoSpacing"/>
        <w:ind w:firstLine="720"/>
        <w:rPr>
          <w:sz w:val="24"/>
          <w:szCs w:val="20"/>
        </w:rPr>
      </w:pPr>
    </w:p>
    <w:p w14:paraId="1DD7A4A3" w14:textId="77777777" w:rsidR="000027D7" w:rsidRPr="000027D7" w:rsidRDefault="000027D7" w:rsidP="00A95434">
      <w:pPr>
        <w:pStyle w:val="NoSpacing"/>
        <w:ind w:firstLine="720"/>
        <w:rPr>
          <w:sz w:val="24"/>
          <w:szCs w:val="20"/>
        </w:rPr>
      </w:pPr>
    </w:p>
    <w:p w14:paraId="4E55BCA5" w14:textId="00D2B286" w:rsidR="00491107" w:rsidRDefault="00A95434" w:rsidP="00A95434">
      <w:pPr>
        <w:pStyle w:val="NoSpacing"/>
        <w:ind w:firstLine="720"/>
      </w:pPr>
      <w:r w:rsidRPr="00A95434">
        <w:t>Date:</w:t>
      </w:r>
    </w:p>
    <w:p w14:paraId="20569D72" w14:textId="77777777" w:rsidR="000027D7" w:rsidRDefault="000027D7" w:rsidP="00A95434">
      <w:pPr>
        <w:pStyle w:val="NoSpacing"/>
        <w:ind w:firstLine="720"/>
      </w:pPr>
    </w:p>
    <w:p w14:paraId="5A9DF8B1" w14:textId="77777777" w:rsidR="000027D7" w:rsidRDefault="000027D7" w:rsidP="000027D7">
      <w:pPr>
        <w:pStyle w:val="NoSpacing"/>
      </w:pPr>
    </w:p>
    <w:p w14:paraId="2BF3BAC5" w14:textId="06B19356" w:rsidR="000027D7" w:rsidRPr="000027D7" w:rsidRDefault="000027D7" w:rsidP="00A95434">
      <w:pPr>
        <w:pStyle w:val="NoSpacing"/>
        <w:ind w:firstLine="720"/>
        <w:rPr>
          <w:sz w:val="24"/>
          <w:szCs w:val="20"/>
        </w:rPr>
      </w:pPr>
      <w:r w:rsidRPr="000027D7">
        <w:rPr>
          <w:b/>
          <w:bCs/>
          <w:sz w:val="24"/>
          <w:szCs w:val="20"/>
        </w:rPr>
        <w:t>*</w:t>
      </w:r>
      <w:r w:rsidRPr="000027D7">
        <w:rPr>
          <w:sz w:val="24"/>
          <w:szCs w:val="20"/>
        </w:rPr>
        <w:t xml:space="preserve">Please </w:t>
      </w:r>
      <w:proofErr w:type="gramStart"/>
      <w:r w:rsidRPr="000027D7">
        <w:rPr>
          <w:sz w:val="24"/>
          <w:szCs w:val="20"/>
        </w:rPr>
        <w:t>continue on</w:t>
      </w:r>
      <w:proofErr w:type="gramEnd"/>
      <w:r w:rsidRPr="000027D7">
        <w:rPr>
          <w:sz w:val="24"/>
          <w:szCs w:val="20"/>
        </w:rPr>
        <w:t xml:space="preserve"> a separate piece of paper if more space is required.</w:t>
      </w:r>
    </w:p>
    <w:sectPr w:rsidR="000027D7" w:rsidRPr="000027D7" w:rsidSect="005F3F0B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E448" w14:textId="77777777" w:rsidR="00571C70" w:rsidRDefault="00571C70" w:rsidP="00DF4BA5">
      <w:pPr>
        <w:spacing w:after="0" w:line="240" w:lineRule="auto"/>
      </w:pPr>
      <w:r>
        <w:separator/>
      </w:r>
    </w:p>
  </w:endnote>
  <w:endnote w:type="continuationSeparator" w:id="0">
    <w:p w14:paraId="429D2A8D" w14:textId="77777777" w:rsidR="00571C70" w:rsidRDefault="00571C70" w:rsidP="00DF4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0CA1" w14:textId="5FA4E987" w:rsidR="00D06248" w:rsidRPr="00670288" w:rsidRDefault="00D06248" w:rsidP="00D06248">
    <w:pPr>
      <w:pStyle w:val="Footer"/>
      <w:jc w:val="right"/>
      <w:rPr>
        <w:rFonts w:asciiTheme="majorHAnsi" w:hAnsiTheme="majorHAnsi" w:cstheme="maj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F8EB5" w14:textId="77777777" w:rsidR="00571C70" w:rsidRDefault="00571C70" w:rsidP="00DF4BA5">
      <w:pPr>
        <w:spacing w:after="0" w:line="240" w:lineRule="auto"/>
      </w:pPr>
      <w:r>
        <w:separator/>
      </w:r>
    </w:p>
  </w:footnote>
  <w:footnote w:type="continuationSeparator" w:id="0">
    <w:p w14:paraId="712DB978" w14:textId="77777777" w:rsidR="00571C70" w:rsidRDefault="00571C70" w:rsidP="00DF4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20BE4"/>
    <w:multiLevelType w:val="hybridMultilevel"/>
    <w:tmpl w:val="B01006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1930EBC"/>
    <w:multiLevelType w:val="multilevel"/>
    <w:tmpl w:val="F272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2A1076"/>
    <w:multiLevelType w:val="hybridMultilevel"/>
    <w:tmpl w:val="72D85F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780E83"/>
    <w:multiLevelType w:val="hybridMultilevel"/>
    <w:tmpl w:val="ED2E93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AAD33C0"/>
    <w:multiLevelType w:val="multilevel"/>
    <w:tmpl w:val="37A2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A2642F"/>
    <w:multiLevelType w:val="hybridMultilevel"/>
    <w:tmpl w:val="6C849E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8646202"/>
    <w:multiLevelType w:val="hybridMultilevel"/>
    <w:tmpl w:val="80328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99B7B04"/>
    <w:multiLevelType w:val="multilevel"/>
    <w:tmpl w:val="2BC4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7E5AE3"/>
    <w:multiLevelType w:val="hybridMultilevel"/>
    <w:tmpl w:val="224C44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F844E22"/>
    <w:multiLevelType w:val="hybridMultilevel"/>
    <w:tmpl w:val="840E89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FFB1A30"/>
    <w:multiLevelType w:val="multilevel"/>
    <w:tmpl w:val="A1B2B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A45A45"/>
    <w:multiLevelType w:val="hybridMultilevel"/>
    <w:tmpl w:val="B4DCDA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750708E"/>
    <w:multiLevelType w:val="hybridMultilevel"/>
    <w:tmpl w:val="742E62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95144D9"/>
    <w:multiLevelType w:val="multilevel"/>
    <w:tmpl w:val="1A84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D97649"/>
    <w:multiLevelType w:val="hybridMultilevel"/>
    <w:tmpl w:val="A1025C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520AF"/>
    <w:multiLevelType w:val="multilevel"/>
    <w:tmpl w:val="23F4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E40639"/>
    <w:multiLevelType w:val="hybridMultilevel"/>
    <w:tmpl w:val="ED9E75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B6020D9"/>
    <w:multiLevelType w:val="hybridMultilevel"/>
    <w:tmpl w:val="98B4BD92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3C7F0521"/>
    <w:multiLevelType w:val="hybridMultilevel"/>
    <w:tmpl w:val="C9C877F2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8" w15:restartNumberingAfterBreak="0">
    <w:nsid w:val="3E520E5E"/>
    <w:multiLevelType w:val="hybridMultilevel"/>
    <w:tmpl w:val="D3F26C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E541F4"/>
    <w:multiLevelType w:val="hybridMultilevel"/>
    <w:tmpl w:val="CCC060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38A5632"/>
    <w:multiLevelType w:val="hybridMultilevel"/>
    <w:tmpl w:val="5A168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8C0405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BA7E42"/>
    <w:multiLevelType w:val="multilevel"/>
    <w:tmpl w:val="1D04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4A0261"/>
    <w:multiLevelType w:val="multilevel"/>
    <w:tmpl w:val="DA6A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B426D2"/>
    <w:multiLevelType w:val="hybridMultilevel"/>
    <w:tmpl w:val="159439E4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4" w15:restartNumberingAfterBreak="0">
    <w:nsid w:val="5760339F"/>
    <w:multiLevelType w:val="hybridMultilevel"/>
    <w:tmpl w:val="A9B63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5C18A3"/>
    <w:multiLevelType w:val="multilevel"/>
    <w:tmpl w:val="A008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950044"/>
    <w:multiLevelType w:val="hybridMultilevel"/>
    <w:tmpl w:val="A1722B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F9E0A64"/>
    <w:multiLevelType w:val="hybridMultilevel"/>
    <w:tmpl w:val="BCB4ED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09A30D9"/>
    <w:multiLevelType w:val="hybridMultilevel"/>
    <w:tmpl w:val="4DD8BB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5647201"/>
    <w:multiLevelType w:val="hybridMultilevel"/>
    <w:tmpl w:val="B530A7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ED1427"/>
    <w:multiLevelType w:val="hybridMultilevel"/>
    <w:tmpl w:val="D8D63F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9A65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FFB3F3C"/>
    <w:multiLevelType w:val="multilevel"/>
    <w:tmpl w:val="401CE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E64B20"/>
    <w:multiLevelType w:val="hybridMultilevel"/>
    <w:tmpl w:val="AB544318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4" w15:restartNumberingAfterBreak="0">
    <w:nsid w:val="7A3F046A"/>
    <w:multiLevelType w:val="hybridMultilevel"/>
    <w:tmpl w:val="321A5B3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 w15:restartNumberingAfterBreak="0">
    <w:nsid w:val="7CC85FEE"/>
    <w:multiLevelType w:val="hybridMultilevel"/>
    <w:tmpl w:val="0B7042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FB46223"/>
    <w:multiLevelType w:val="hybridMultilevel"/>
    <w:tmpl w:val="2F867028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1260913319">
    <w:abstractNumId w:val="8"/>
  </w:num>
  <w:num w:numId="2" w16cid:durableId="156386212">
    <w:abstractNumId w:val="6"/>
  </w:num>
  <w:num w:numId="3" w16cid:durableId="697975643">
    <w:abstractNumId w:val="5"/>
  </w:num>
  <w:num w:numId="4" w16cid:durableId="940182841">
    <w:abstractNumId w:val="4"/>
  </w:num>
  <w:num w:numId="5" w16cid:durableId="895894858">
    <w:abstractNumId w:val="7"/>
  </w:num>
  <w:num w:numId="6" w16cid:durableId="1589969664">
    <w:abstractNumId w:val="3"/>
  </w:num>
  <w:num w:numId="7" w16cid:durableId="1379282931">
    <w:abstractNumId w:val="2"/>
  </w:num>
  <w:num w:numId="8" w16cid:durableId="1870946490">
    <w:abstractNumId w:val="1"/>
  </w:num>
  <w:num w:numId="9" w16cid:durableId="2112628829">
    <w:abstractNumId w:val="0"/>
  </w:num>
  <w:num w:numId="10" w16cid:durableId="1794864641">
    <w:abstractNumId w:val="30"/>
  </w:num>
  <w:num w:numId="11" w16cid:durableId="718894346">
    <w:abstractNumId w:val="23"/>
  </w:num>
  <w:num w:numId="12" w16cid:durableId="1345279680">
    <w:abstractNumId w:val="29"/>
  </w:num>
  <w:num w:numId="13" w16cid:durableId="539631570">
    <w:abstractNumId w:val="39"/>
  </w:num>
  <w:num w:numId="14" w16cid:durableId="1320496559">
    <w:abstractNumId w:val="36"/>
  </w:num>
  <w:num w:numId="15" w16cid:durableId="1712223870">
    <w:abstractNumId w:val="20"/>
  </w:num>
  <w:num w:numId="16" w16cid:durableId="1992520316">
    <w:abstractNumId w:val="38"/>
  </w:num>
  <w:num w:numId="17" w16cid:durableId="1992974933">
    <w:abstractNumId w:val="15"/>
  </w:num>
  <w:num w:numId="18" w16cid:durableId="1725518356">
    <w:abstractNumId w:val="12"/>
  </w:num>
  <w:num w:numId="19" w16cid:durableId="547376124">
    <w:abstractNumId w:val="25"/>
  </w:num>
  <w:num w:numId="20" w16cid:durableId="849028645">
    <w:abstractNumId w:val="9"/>
  </w:num>
  <w:num w:numId="21" w16cid:durableId="566183625">
    <w:abstractNumId w:val="28"/>
  </w:num>
  <w:num w:numId="22" w16cid:durableId="1351224823">
    <w:abstractNumId w:val="45"/>
  </w:num>
  <w:num w:numId="23" w16cid:durableId="79105985">
    <w:abstractNumId w:val="17"/>
  </w:num>
  <w:num w:numId="24" w16cid:durableId="877283119">
    <w:abstractNumId w:val="14"/>
  </w:num>
  <w:num w:numId="25" w16cid:durableId="449665596">
    <w:abstractNumId w:val="44"/>
  </w:num>
  <w:num w:numId="26" w16cid:durableId="1454864093">
    <w:abstractNumId w:val="37"/>
  </w:num>
  <w:num w:numId="27" w16cid:durableId="664094041">
    <w:abstractNumId w:val="35"/>
  </w:num>
  <w:num w:numId="28" w16cid:durableId="1760328105">
    <w:abstractNumId w:val="19"/>
  </w:num>
  <w:num w:numId="29" w16cid:durableId="191843186">
    <w:abstractNumId w:val="16"/>
  </w:num>
  <w:num w:numId="30" w16cid:durableId="1102646400">
    <w:abstractNumId w:val="22"/>
  </w:num>
  <w:num w:numId="31" w16cid:durableId="1396926554">
    <w:abstractNumId w:val="31"/>
  </w:num>
  <w:num w:numId="32" w16cid:durableId="1353073047">
    <w:abstractNumId w:val="13"/>
  </w:num>
  <w:num w:numId="33" w16cid:durableId="1396051189">
    <w:abstractNumId w:val="42"/>
  </w:num>
  <w:num w:numId="34" w16cid:durableId="119496872">
    <w:abstractNumId w:val="24"/>
  </w:num>
  <w:num w:numId="35" w16cid:durableId="424234125">
    <w:abstractNumId w:val="32"/>
  </w:num>
  <w:num w:numId="36" w16cid:durableId="29885836">
    <w:abstractNumId w:val="10"/>
  </w:num>
  <w:num w:numId="37" w16cid:durableId="761342901">
    <w:abstractNumId w:val="41"/>
  </w:num>
  <w:num w:numId="38" w16cid:durableId="601492164">
    <w:abstractNumId w:val="18"/>
  </w:num>
  <w:num w:numId="39" w16cid:durableId="2036421668">
    <w:abstractNumId w:val="21"/>
  </w:num>
  <w:num w:numId="40" w16cid:durableId="600913092">
    <w:abstractNumId w:val="11"/>
  </w:num>
  <w:num w:numId="41" w16cid:durableId="1532569285">
    <w:abstractNumId w:val="46"/>
  </w:num>
  <w:num w:numId="42" w16cid:durableId="1122071877">
    <w:abstractNumId w:val="27"/>
  </w:num>
  <w:num w:numId="43" w16cid:durableId="197358737">
    <w:abstractNumId w:val="26"/>
  </w:num>
  <w:num w:numId="44" w16cid:durableId="1784298628">
    <w:abstractNumId w:val="33"/>
  </w:num>
  <w:num w:numId="45" w16cid:durableId="154225458">
    <w:abstractNumId w:val="43"/>
  </w:num>
  <w:num w:numId="46" w16cid:durableId="2071071416">
    <w:abstractNumId w:val="40"/>
  </w:num>
  <w:num w:numId="47" w16cid:durableId="52428869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7D7"/>
    <w:rsid w:val="000203AC"/>
    <w:rsid w:val="00022225"/>
    <w:rsid w:val="00034616"/>
    <w:rsid w:val="0006063C"/>
    <w:rsid w:val="00064087"/>
    <w:rsid w:val="000B29AE"/>
    <w:rsid w:val="0015074B"/>
    <w:rsid w:val="00202F35"/>
    <w:rsid w:val="00275C90"/>
    <w:rsid w:val="0029639D"/>
    <w:rsid w:val="00326F90"/>
    <w:rsid w:val="00365B20"/>
    <w:rsid w:val="003A5F2A"/>
    <w:rsid w:val="003B0328"/>
    <w:rsid w:val="003D0F46"/>
    <w:rsid w:val="00491107"/>
    <w:rsid w:val="004A5EB6"/>
    <w:rsid w:val="0056679E"/>
    <w:rsid w:val="00571C70"/>
    <w:rsid w:val="005A0235"/>
    <w:rsid w:val="005B19A2"/>
    <w:rsid w:val="005F3F0B"/>
    <w:rsid w:val="00613042"/>
    <w:rsid w:val="00625D21"/>
    <w:rsid w:val="00670288"/>
    <w:rsid w:val="006B4C21"/>
    <w:rsid w:val="006D73E6"/>
    <w:rsid w:val="006F2D1B"/>
    <w:rsid w:val="006F5FA2"/>
    <w:rsid w:val="00795269"/>
    <w:rsid w:val="007A649D"/>
    <w:rsid w:val="007A6825"/>
    <w:rsid w:val="008F68DA"/>
    <w:rsid w:val="009518A4"/>
    <w:rsid w:val="00960FC2"/>
    <w:rsid w:val="00986AF0"/>
    <w:rsid w:val="009E14C7"/>
    <w:rsid w:val="00A74347"/>
    <w:rsid w:val="00A76F14"/>
    <w:rsid w:val="00A91BA4"/>
    <w:rsid w:val="00A95434"/>
    <w:rsid w:val="00AA1D8D"/>
    <w:rsid w:val="00B47730"/>
    <w:rsid w:val="00B951A7"/>
    <w:rsid w:val="00BA4F8A"/>
    <w:rsid w:val="00CB0664"/>
    <w:rsid w:val="00D06248"/>
    <w:rsid w:val="00D75E6E"/>
    <w:rsid w:val="00DA4B5D"/>
    <w:rsid w:val="00DE4A80"/>
    <w:rsid w:val="00DF4BA5"/>
    <w:rsid w:val="00E12E8F"/>
    <w:rsid w:val="00E35931"/>
    <w:rsid w:val="00E86FEF"/>
    <w:rsid w:val="00ED5B99"/>
    <w:rsid w:val="00F045FF"/>
    <w:rsid w:val="00F763EB"/>
    <w:rsid w:val="00FC06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4C44AB"/>
  <w14:defaultImageDpi w14:val="330"/>
  <w15:docId w15:val="{F293646A-968E-470A-AB34-CCDC8F7C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A0235"/>
    <w:pPr>
      <w:keepNext/>
      <w:keepLines/>
      <w:spacing w:after="0" w:line="240" w:lineRule="auto"/>
      <w:jc w:val="center"/>
      <w:outlineLvl w:val="0"/>
    </w:pPr>
    <w:rPr>
      <w:rFonts w:ascii="Calibri" w:eastAsiaTheme="majorEastAsia" w:hAnsi="Calibr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autoRedefine/>
    <w:uiPriority w:val="1"/>
    <w:qFormat/>
    <w:rsid w:val="00A95434"/>
    <w:pPr>
      <w:spacing w:after="0" w:line="240" w:lineRule="auto"/>
      <w:jc w:val="both"/>
    </w:pPr>
    <w:rPr>
      <w:rFonts w:ascii="Calibri" w:hAnsi="Calibri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A0235"/>
    <w:rPr>
      <w:rFonts w:ascii="Calibri" w:eastAsiaTheme="majorEastAsia" w:hAnsi="Calibr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25D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uptonandnorthelmsall-pc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erk@uptonandnorthelmsall-pc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871956-f70b-403e-979c-3d8b4b0928fa">
      <Terms xmlns="http://schemas.microsoft.com/office/infopath/2007/PartnerControls"/>
    </lcf76f155ced4ddcb4097134ff3c332f>
    <TaxCatchAll xmlns="f2e8f4fe-d687-4ca4-bd29-a5c313696a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D6CD0AF3A4044A25E4D0DAE7098B2" ma:contentTypeVersion="12" ma:contentTypeDescription="Create a new document." ma:contentTypeScope="" ma:versionID="6d96ce92a92bf13d7f03427412e84acb">
  <xsd:schema xmlns:xsd="http://www.w3.org/2001/XMLSchema" xmlns:xs="http://www.w3.org/2001/XMLSchema" xmlns:p="http://schemas.microsoft.com/office/2006/metadata/properties" xmlns:ns2="9e871956-f70b-403e-979c-3d8b4b0928fa" xmlns:ns3="f2e8f4fe-d687-4ca4-bd29-a5c313696a68" targetNamespace="http://schemas.microsoft.com/office/2006/metadata/properties" ma:root="true" ma:fieldsID="b5f8c6c24be123357e3d9985030eb402" ns2:_="" ns3:_="">
    <xsd:import namespace="9e871956-f70b-403e-979c-3d8b4b0928fa"/>
    <xsd:import namespace="f2e8f4fe-d687-4ca4-bd29-a5c31369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71956-f70b-403e-979c-3d8b4b092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51e266b-015e-4318-b5c3-dccc3fcf5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8f4fe-d687-4ca4-bd29-a5c313696a6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98e2219-414f-44f7-8fd1-2cfdc2c4f7d2}" ma:internalName="TaxCatchAll" ma:showField="CatchAllData" ma:web="f2e8f4fe-d687-4ca4-bd29-a5c31369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E2E7FF-31D2-4652-B659-2FA943BA1A31}">
  <ds:schemaRefs>
    <ds:schemaRef ds:uri="http://schemas.microsoft.com/office/2006/metadata/properties"/>
    <ds:schemaRef ds:uri="http://schemas.microsoft.com/office/infopath/2007/PartnerControls"/>
    <ds:schemaRef ds:uri="9e871956-f70b-403e-979c-3d8b4b0928fa"/>
    <ds:schemaRef ds:uri="f2e8f4fe-d687-4ca4-bd29-a5c313696a68"/>
  </ds:schemaRefs>
</ds:datastoreItem>
</file>

<file path=customXml/itemProps2.xml><?xml version="1.0" encoding="utf-8"?>
<ds:datastoreItem xmlns:ds="http://schemas.openxmlformats.org/officeDocument/2006/customXml" ds:itemID="{C9440CFF-C649-466F-89A7-D3ACCED131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4AE976-A580-4C23-B461-3629A7E551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221</Words>
  <Characters>1179</Characters>
  <Application>Microsoft Office Word</Application>
  <DocSecurity>0</DocSecurity>
  <Lines>98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Clerk | Upton and North Elmsall Parish Council</cp:lastModifiedBy>
  <cp:revision>7</cp:revision>
  <cp:lastPrinted>2026-01-22T08:58:00Z</cp:lastPrinted>
  <dcterms:created xsi:type="dcterms:W3CDTF">2026-01-07T15:42:00Z</dcterms:created>
  <dcterms:modified xsi:type="dcterms:W3CDTF">2026-03-18T09:05:00Z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0x010100679D6CD0AF3A4044A25E4D0DAE7098B2</vt:lpwstr>
  </property>
  <property fmtid="{D5CDD505-2E9C-101B-9397-08002B2CF9AE}" pid="3" name="MediaServiceImageTags">
    <vt:lpwstr/>
  </property>
</Properties>
</file>