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E6BF6" w14:textId="77777777" w:rsidR="00DE2342" w:rsidRPr="00811DA8" w:rsidRDefault="00DE2342" w:rsidP="00DE2342">
      <w:pPr>
        <w:pStyle w:val="NoSpacing"/>
        <w:ind w:left="1440" w:firstLine="720"/>
        <w:rPr>
          <w:rFonts w:asciiTheme="majorHAnsi" w:hAnsiTheme="majorHAnsi" w:cstheme="majorHAnsi"/>
          <w:b/>
          <w:bCs/>
          <w:color w:val="6F4B73"/>
          <w:sz w:val="36"/>
          <w:szCs w:val="36"/>
        </w:rPr>
      </w:pPr>
      <w:r w:rsidRPr="00811DA8">
        <w:rPr>
          <w:rFonts w:asciiTheme="majorHAnsi" w:hAnsiTheme="majorHAnsi" w:cstheme="majorHAnsi"/>
          <w:noProof/>
          <w:color w:val="6F4B73"/>
          <w:sz w:val="36"/>
          <w:szCs w:val="36"/>
        </w:rPr>
        <w:drawing>
          <wp:anchor distT="0" distB="0" distL="114300" distR="114300" simplePos="0" relativeHeight="251659264" behindDoc="0" locked="0" layoutInCell="1" allowOverlap="1" wp14:anchorId="4BAD758D" wp14:editId="58837983">
            <wp:simplePos x="0" y="0"/>
            <wp:positionH relativeFrom="column">
              <wp:posOffset>38100</wp:posOffset>
            </wp:positionH>
            <wp:positionV relativeFrom="paragraph">
              <wp:posOffset>-66675</wp:posOffset>
            </wp:positionV>
            <wp:extent cx="1123950" cy="86645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23950" cy="866454"/>
                    </a:xfrm>
                    <a:prstGeom prst="rect">
                      <a:avLst/>
                    </a:prstGeom>
                  </pic:spPr>
                </pic:pic>
              </a:graphicData>
            </a:graphic>
            <wp14:sizeRelH relativeFrom="margin">
              <wp14:pctWidth>0</wp14:pctWidth>
            </wp14:sizeRelH>
            <wp14:sizeRelV relativeFrom="margin">
              <wp14:pctHeight>0</wp14:pctHeight>
            </wp14:sizeRelV>
          </wp:anchor>
        </w:drawing>
      </w:r>
      <w:r w:rsidRPr="00811DA8">
        <w:rPr>
          <w:rFonts w:asciiTheme="majorHAnsi" w:hAnsiTheme="majorHAnsi" w:cstheme="majorHAnsi"/>
          <w:b/>
          <w:bCs/>
          <w:color w:val="6F4B73"/>
          <w:sz w:val="36"/>
          <w:szCs w:val="36"/>
        </w:rPr>
        <w:t>UPTON &amp; NORTH ELMSALL PARISH COUNCIL</w:t>
      </w:r>
      <w:r>
        <w:rPr>
          <w:rFonts w:asciiTheme="majorHAnsi" w:hAnsiTheme="majorHAnsi" w:cstheme="majorHAnsi"/>
          <w:b/>
          <w:bCs/>
          <w:color w:val="6F4B73"/>
          <w:sz w:val="36"/>
          <w:szCs w:val="36"/>
        </w:rPr>
        <w:tab/>
      </w:r>
    </w:p>
    <w:p w14:paraId="0A609C21" w14:textId="77777777" w:rsidR="00DE2342" w:rsidRPr="00811DA8" w:rsidRDefault="00DE2342" w:rsidP="00DE2342">
      <w:pPr>
        <w:pStyle w:val="NoSpacing"/>
        <w:rPr>
          <w:rFonts w:asciiTheme="majorHAnsi" w:hAnsiTheme="majorHAnsi" w:cstheme="majorHAnsi"/>
          <w:color w:val="6F4B73"/>
          <w:sz w:val="24"/>
          <w:szCs w:val="24"/>
        </w:rPr>
      </w:pP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t>The Village Hall, Harewood Lane, Upton, WF9 1JB</w:t>
      </w:r>
    </w:p>
    <w:p w14:paraId="375256B6" w14:textId="77777777" w:rsidR="00DE2342" w:rsidRPr="00811DA8" w:rsidRDefault="00DE2342" w:rsidP="00DE2342">
      <w:pPr>
        <w:pStyle w:val="NoSpacing"/>
        <w:ind w:left="1440" w:firstLine="720"/>
        <w:rPr>
          <w:rFonts w:asciiTheme="majorHAnsi" w:hAnsiTheme="majorHAnsi" w:cstheme="majorHAnsi"/>
          <w:sz w:val="24"/>
          <w:szCs w:val="24"/>
        </w:rPr>
      </w:pPr>
      <w:r w:rsidRPr="00811DA8">
        <w:rPr>
          <w:rFonts w:asciiTheme="majorHAnsi" w:hAnsiTheme="majorHAnsi" w:cstheme="majorHAnsi"/>
          <w:sz w:val="24"/>
          <w:szCs w:val="24"/>
        </w:rPr>
        <w:t>(01977) 64328</w:t>
      </w:r>
      <w:r>
        <w:rPr>
          <w:rFonts w:asciiTheme="majorHAnsi" w:hAnsiTheme="majorHAnsi" w:cstheme="majorHAnsi"/>
          <w:sz w:val="24"/>
          <w:szCs w:val="24"/>
        </w:rPr>
        <w:t>3</w:t>
      </w:r>
      <w:r w:rsidRPr="00811DA8">
        <w:rPr>
          <w:rFonts w:asciiTheme="majorHAnsi" w:hAnsiTheme="majorHAnsi" w:cstheme="majorHAnsi"/>
          <w:sz w:val="24"/>
          <w:szCs w:val="24"/>
        </w:rPr>
        <w:t xml:space="preserve"> / 645351 </w:t>
      </w:r>
      <w:r w:rsidRPr="00811DA8">
        <w:rPr>
          <w:rFonts w:asciiTheme="majorHAnsi" w:hAnsiTheme="majorHAnsi" w:cstheme="majorHAnsi"/>
          <w:color w:val="6F4B73"/>
          <w:sz w:val="24"/>
          <w:szCs w:val="24"/>
        </w:rPr>
        <w:t>|</w:t>
      </w:r>
      <w:r w:rsidRPr="00811DA8">
        <w:rPr>
          <w:rFonts w:asciiTheme="majorHAnsi" w:hAnsiTheme="majorHAnsi" w:cstheme="majorHAnsi"/>
          <w:sz w:val="24"/>
          <w:szCs w:val="24"/>
        </w:rPr>
        <w:t xml:space="preserve"> </w:t>
      </w:r>
      <w:hyperlink r:id="rId12" w:history="1">
        <w:r w:rsidRPr="00811DA8">
          <w:rPr>
            <w:rStyle w:val="Hyperlink"/>
            <w:rFonts w:asciiTheme="majorHAnsi" w:hAnsiTheme="majorHAnsi" w:cstheme="majorHAnsi"/>
            <w:sz w:val="24"/>
            <w:szCs w:val="24"/>
          </w:rPr>
          <w:t>clerk@uptonandnorthelmsall-pc.gov.uk</w:t>
        </w:r>
      </w:hyperlink>
    </w:p>
    <w:p w14:paraId="6CD54AD9" w14:textId="77777777" w:rsidR="00DE2342" w:rsidRPr="00811DA8" w:rsidRDefault="00DE2342" w:rsidP="00DE2342">
      <w:pPr>
        <w:pStyle w:val="NoSpacing"/>
        <w:ind w:left="4320"/>
        <w:rPr>
          <w:rFonts w:asciiTheme="majorHAnsi" w:hAnsiTheme="majorHAnsi" w:cstheme="majorHAnsi"/>
          <w:sz w:val="24"/>
          <w:szCs w:val="24"/>
        </w:rPr>
      </w:pPr>
      <w:r w:rsidRPr="00811DA8">
        <w:rPr>
          <w:rFonts w:asciiTheme="majorHAnsi" w:hAnsiTheme="majorHAnsi" w:cstheme="majorHAnsi"/>
          <w:sz w:val="24"/>
          <w:szCs w:val="24"/>
        </w:rPr>
        <w:t xml:space="preserve">          </w:t>
      </w:r>
      <w:hyperlink r:id="rId13" w:history="1">
        <w:r w:rsidRPr="00811DA8">
          <w:rPr>
            <w:rStyle w:val="Hyperlink"/>
            <w:rFonts w:asciiTheme="majorHAnsi" w:hAnsiTheme="majorHAnsi" w:cstheme="majorHAnsi"/>
            <w:sz w:val="24"/>
            <w:szCs w:val="24"/>
          </w:rPr>
          <w:t>admin@uptonandnorthelmsall-pc.gov.uk</w:t>
        </w:r>
      </w:hyperlink>
      <w:r w:rsidRPr="00811DA8">
        <w:rPr>
          <w:rFonts w:asciiTheme="majorHAnsi" w:hAnsiTheme="majorHAnsi" w:cstheme="majorHAnsi"/>
          <w:sz w:val="24"/>
          <w:szCs w:val="24"/>
        </w:rPr>
        <w:t xml:space="preserve"> </w:t>
      </w:r>
    </w:p>
    <w:p w14:paraId="4DA552A7" w14:textId="77777777" w:rsidR="00DE2342" w:rsidRPr="00E658CB" w:rsidRDefault="00DE2342" w:rsidP="00DE2342">
      <w:pPr>
        <w:pStyle w:val="NoSpacing"/>
        <w:rPr>
          <w:color w:val="7030A0"/>
          <w:sz w:val="12"/>
          <w:szCs w:val="12"/>
        </w:rPr>
      </w:pPr>
    </w:p>
    <w:p w14:paraId="5A60B931" w14:textId="77777777" w:rsidR="00DE2342" w:rsidRPr="003E24B7" w:rsidRDefault="00DE2342" w:rsidP="00DE2342">
      <w:pPr>
        <w:pStyle w:val="NoSpacing"/>
        <w:pBdr>
          <w:top w:val="single" w:sz="18" w:space="1" w:color="6F4B73"/>
        </w:pBdr>
        <w:rPr>
          <w:rFonts w:cstheme="minorHAnsi"/>
          <w:b/>
          <w:sz w:val="24"/>
          <w:szCs w:val="24"/>
        </w:rPr>
      </w:pPr>
    </w:p>
    <w:p w14:paraId="0F418412" w14:textId="70BA259A" w:rsidR="00E115C7" w:rsidRDefault="00E115C7" w:rsidP="00E115C7">
      <w:pPr>
        <w:spacing w:after="0" w:line="240" w:lineRule="auto"/>
        <w:rPr>
          <w:rFonts w:asciiTheme="majorHAnsi" w:hAnsiTheme="majorHAnsi" w:cstheme="majorHAnsi"/>
          <w:b/>
          <w:bCs/>
          <w:sz w:val="24"/>
          <w:szCs w:val="24"/>
          <w:u w:val="single"/>
        </w:rPr>
      </w:pPr>
      <w:r w:rsidRPr="004B1194">
        <w:rPr>
          <w:rFonts w:asciiTheme="majorHAnsi" w:hAnsiTheme="majorHAnsi" w:cstheme="majorHAnsi"/>
          <w:b/>
          <w:bCs/>
          <w:sz w:val="24"/>
          <w:szCs w:val="24"/>
          <w:u w:val="single"/>
        </w:rPr>
        <w:t>Before filling out this booking form please make sure you have read all terms and conditions on the back of this form.</w:t>
      </w:r>
    </w:p>
    <w:p w14:paraId="4952F9AF" w14:textId="77777777" w:rsidR="00E115C7" w:rsidRPr="004B1194" w:rsidRDefault="00E115C7" w:rsidP="004B1194">
      <w:pPr>
        <w:spacing w:after="0" w:line="240" w:lineRule="auto"/>
        <w:rPr>
          <w:rFonts w:asciiTheme="majorHAnsi" w:hAnsiTheme="majorHAnsi" w:cstheme="majorHAnsi"/>
          <w:sz w:val="28"/>
          <w:szCs w:val="28"/>
        </w:rPr>
      </w:pPr>
    </w:p>
    <w:p w14:paraId="227724BB" w14:textId="77777777" w:rsidR="00523A7F" w:rsidRPr="004B1194" w:rsidRDefault="00523A7F" w:rsidP="004B1194">
      <w:pPr>
        <w:spacing w:after="0" w:line="240" w:lineRule="auto"/>
        <w:rPr>
          <w:rFonts w:asciiTheme="majorHAnsi" w:hAnsiTheme="majorHAnsi" w:cstheme="majorHAnsi"/>
          <w:b/>
          <w:sz w:val="24"/>
          <w:szCs w:val="24"/>
        </w:rPr>
      </w:pPr>
      <w:r w:rsidRPr="004B1194">
        <w:rPr>
          <w:rFonts w:asciiTheme="majorHAnsi" w:hAnsiTheme="majorHAnsi" w:cstheme="majorHAnsi"/>
          <w:b/>
          <w:sz w:val="24"/>
          <w:szCs w:val="24"/>
        </w:rPr>
        <w:t>HIRER DETAILS</w:t>
      </w:r>
    </w:p>
    <w:tbl>
      <w:tblPr>
        <w:tblStyle w:val="TableGrid"/>
        <w:tblW w:w="0" w:type="auto"/>
        <w:tblLook w:val="04A0" w:firstRow="1" w:lastRow="0" w:firstColumn="1" w:lastColumn="0" w:noHBand="0" w:noVBand="1"/>
      </w:tblPr>
      <w:tblGrid>
        <w:gridCol w:w="3085"/>
        <w:gridCol w:w="6769"/>
      </w:tblGrid>
      <w:tr w:rsidR="00523A7F" w:rsidRPr="004B1194" w14:paraId="3D88FE89" w14:textId="77777777" w:rsidTr="002D5F7B">
        <w:tc>
          <w:tcPr>
            <w:tcW w:w="3085" w:type="dxa"/>
            <w:tcBorders>
              <w:top w:val="single" w:sz="4" w:space="0" w:color="auto"/>
              <w:left w:val="single" w:sz="4" w:space="0" w:color="auto"/>
              <w:bottom w:val="single" w:sz="4" w:space="0" w:color="auto"/>
              <w:right w:val="single" w:sz="4" w:space="0" w:color="auto"/>
            </w:tcBorders>
            <w:hideMark/>
          </w:tcPr>
          <w:p w14:paraId="4FC8D20E" w14:textId="710D943A" w:rsidR="00523A7F" w:rsidRPr="004B1194" w:rsidRDefault="00523A7F" w:rsidP="004B1194">
            <w:pPr>
              <w:rPr>
                <w:rFonts w:asciiTheme="majorHAnsi" w:hAnsiTheme="majorHAnsi" w:cstheme="majorHAnsi"/>
                <w:b/>
                <w:sz w:val="28"/>
                <w:szCs w:val="28"/>
              </w:rPr>
            </w:pPr>
            <w:proofErr w:type="spellStart"/>
            <w:r w:rsidRPr="004B1194">
              <w:rPr>
                <w:rFonts w:asciiTheme="majorHAnsi" w:hAnsiTheme="majorHAnsi" w:cstheme="majorHAnsi"/>
                <w:b/>
                <w:sz w:val="28"/>
                <w:szCs w:val="28"/>
              </w:rPr>
              <w:t>Organi</w:t>
            </w:r>
            <w:r w:rsidR="00DC48BE">
              <w:rPr>
                <w:rFonts w:asciiTheme="majorHAnsi" w:hAnsiTheme="majorHAnsi" w:cstheme="majorHAnsi"/>
                <w:b/>
                <w:sz w:val="28"/>
                <w:szCs w:val="28"/>
              </w:rPr>
              <w:t>s</w:t>
            </w:r>
            <w:r w:rsidRPr="004B1194">
              <w:rPr>
                <w:rFonts w:asciiTheme="majorHAnsi" w:hAnsiTheme="majorHAnsi" w:cstheme="majorHAnsi"/>
                <w:b/>
                <w:sz w:val="28"/>
                <w:szCs w:val="28"/>
              </w:rPr>
              <w:t>ation</w:t>
            </w:r>
            <w:proofErr w:type="spellEnd"/>
          </w:p>
        </w:tc>
        <w:tc>
          <w:tcPr>
            <w:tcW w:w="6769" w:type="dxa"/>
            <w:tcBorders>
              <w:top w:val="single" w:sz="4" w:space="0" w:color="auto"/>
              <w:left w:val="single" w:sz="4" w:space="0" w:color="auto"/>
              <w:bottom w:val="single" w:sz="4" w:space="0" w:color="auto"/>
              <w:right w:val="single" w:sz="4" w:space="0" w:color="auto"/>
            </w:tcBorders>
          </w:tcPr>
          <w:p w14:paraId="662F3ECC" w14:textId="77777777" w:rsidR="00523A7F" w:rsidRPr="004B1194" w:rsidRDefault="00523A7F" w:rsidP="004B1194">
            <w:pPr>
              <w:rPr>
                <w:rFonts w:asciiTheme="majorHAnsi" w:hAnsiTheme="majorHAnsi" w:cstheme="majorHAnsi"/>
                <w:b/>
                <w:color w:val="C00000"/>
                <w:sz w:val="28"/>
                <w:szCs w:val="28"/>
                <w:u w:val="single"/>
              </w:rPr>
            </w:pPr>
          </w:p>
        </w:tc>
      </w:tr>
      <w:tr w:rsidR="00523A7F" w:rsidRPr="004B1194" w14:paraId="003D6F6A" w14:textId="77777777" w:rsidTr="002D5F7B">
        <w:tc>
          <w:tcPr>
            <w:tcW w:w="3085" w:type="dxa"/>
            <w:tcBorders>
              <w:top w:val="single" w:sz="4" w:space="0" w:color="auto"/>
              <w:left w:val="single" w:sz="4" w:space="0" w:color="auto"/>
              <w:bottom w:val="single" w:sz="4" w:space="0" w:color="auto"/>
              <w:right w:val="single" w:sz="4" w:space="0" w:color="auto"/>
            </w:tcBorders>
            <w:hideMark/>
          </w:tcPr>
          <w:p w14:paraId="4B99B339"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Name</w:t>
            </w:r>
          </w:p>
        </w:tc>
        <w:tc>
          <w:tcPr>
            <w:tcW w:w="6769" w:type="dxa"/>
            <w:tcBorders>
              <w:top w:val="single" w:sz="4" w:space="0" w:color="auto"/>
              <w:left w:val="single" w:sz="4" w:space="0" w:color="auto"/>
              <w:bottom w:val="single" w:sz="4" w:space="0" w:color="auto"/>
              <w:right w:val="single" w:sz="4" w:space="0" w:color="auto"/>
            </w:tcBorders>
          </w:tcPr>
          <w:p w14:paraId="627D694C" w14:textId="77777777" w:rsidR="00523A7F" w:rsidRPr="004B1194" w:rsidRDefault="00523A7F" w:rsidP="004B1194">
            <w:pPr>
              <w:rPr>
                <w:rFonts w:asciiTheme="majorHAnsi" w:hAnsiTheme="majorHAnsi" w:cstheme="majorHAnsi"/>
                <w:b/>
                <w:color w:val="C00000"/>
                <w:sz w:val="28"/>
                <w:szCs w:val="28"/>
                <w:u w:val="single"/>
              </w:rPr>
            </w:pPr>
          </w:p>
        </w:tc>
      </w:tr>
      <w:tr w:rsidR="00523A7F" w:rsidRPr="004B1194" w14:paraId="0FA54150" w14:textId="77777777" w:rsidTr="002D5F7B">
        <w:tc>
          <w:tcPr>
            <w:tcW w:w="3085" w:type="dxa"/>
            <w:tcBorders>
              <w:top w:val="single" w:sz="4" w:space="0" w:color="auto"/>
              <w:left w:val="single" w:sz="4" w:space="0" w:color="auto"/>
              <w:bottom w:val="single" w:sz="4" w:space="0" w:color="auto"/>
              <w:right w:val="single" w:sz="4" w:space="0" w:color="auto"/>
            </w:tcBorders>
            <w:hideMark/>
          </w:tcPr>
          <w:p w14:paraId="4FE7F113"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Address</w:t>
            </w:r>
          </w:p>
        </w:tc>
        <w:tc>
          <w:tcPr>
            <w:tcW w:w="6769" w:type="dxa"/>
            <w:tcBorders>
              <w:top w:val="single" w:sz="4" w:space="0" w:color="auto"/>
              <w:left w:val="single" w:sz="4" w:space="0" w:color="auto"/>
              <w:bottom w:val="single" w:sz="4" w:space="0" w:color="auto"/>
              <w:right w:val="single" w:sz="4" w:space="0" w:color="auto"/>
            </w:tcBorders>
          </w:tcPr>
          <w:p w14:paraId="10184F42" w14:textId="77777777" w:rsidR="00523A7F" w:rsidRPr="004B1194" w:rsidRDefault="00523A7F" w:rsidP="004B1194">
            <w:pPr>
              <w:rPr>
                <w:rFonts w:asciiTheme="majorHAnsi" w:hAnsiTheme="majorHAnsi" w:cstheme="majorHAnsi"/>
                <w:b/>
                <w:color w:val="C00000"/>
                <w:sz w:val="28"/>
                <w:szCs w:val="28"/>
                <w:u w:val="single"/>
              </w:rPr>
            </w:pPr>
          </w:p>
        </w:tc>
      </w:tr>
      <w:tr w:rsidR="00523A7F" w:rsidRPr="004B1194" w14:paraId="01D01722" w14:textId="77777777" w:rsidTr="002D5F7B">
        <w:tc>
          <w:tcPr>
            <w:tcW w:w="3085" w:type="dxa"/>
            <w:tcBorders>
              <w:top w:val="single" w:sz="4" w:space="0" w:color="auto"/>
              <w:left w:val="single" w:sz="4" w:space="0" w:color="auto"/>
              <w:bottom w:val="single" w:sz="4" w:space="0" w:color="auto"/>
              <w:right w:val="single" w:sz="4" w:space="0" w:color="auto"/>
            </w:tcBorders>
            <w:hideMark/>
          </w:tcPr>
          <w:p w14:paraId="51C76597"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Postcode</w:t>
            </w:r>
          </w:p>
        </w:tc>
        <w:tc>
          <w:tcPr>
            <w:tcW w:w="6769" w:type="dxa"/>
            <w:tcBorders>
              <w:top w:val="single" w:sz="4" w:space="0" w:color="auto"/>
              <w:left w:val="single" w:sz="4" w:space="0" w:color="auto"/>
              <w:bottom w:val="single" w:sz="4" w:space="0" w:color="auto"/>
              <w:right w:val="single" w:sz="4" w:space="0" w:color="auto"/>
            </w:tcBorders>
          </w:tcPr>
          <w:p w14:paraId="69912F4A" w14:textId="77777777" w:rsidR="00523A7F" w:rsidRPr="004B1194" w:rsidRDefault="00523A7F" w:rsidP="004B1194">
            <w:pPr>
              <w:rPr>
                <w:rFonts w:asciiTheme="majorHAnsi" w:hAnsiTheme="majorHAnsi" w:cstheme="majorHAnsi"/>
                <w:b/>
                <w:color w:val="C00000"/>
                <w:sz w:val="28"/>
                <w:szCs w:val="28"/>
                <w:u w:val="single"/>
              </w:rPr>
            </w:pPr>
          </w:p>
        </w:tc>
      </w:tr>
      <w:tr w:rsidR="00523A7F" w:rsidRPr="004B1194" w14:paraId="75D611BB" w14:textId="77777777" w:rsidTr="002D5F7B">
        <w:tc>
          <w:tcPr>
            <w:tcW w:w="3085" w:type="dxa"/>
            <w:tcBorders>
              <w:top w:val="single" w:sz="4" w:space="0" w:color="auto"/>
              <w:left w:val="single" w:sz="4" w:space="0" w:color="auto"/>
              <w:bottom w:val="single" w:sz="4" w:space="0" w:color="auto"/>
              <w:right w:val="single" w:sz="4" w:space="0" w:color="auto"/>
            </w:tcBorders>
            <w:hideMark/>
          </w:tcPr>
          <w:p w14:paraId="27142063"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Telephone</w:t>
            </w:r>
          </w:p>
        </w:tc>
        <w:tc>
          <w:tcPr>
            <w:tcW w:w="6769" w:type="dxa"/>
            <w:tcBorders>
              <w:top w:val="single" w:sz="4" w:space="0" w:color="auto"/>
              <w:left w:val="single" w:sz="4" w:space="0" w:color="auto"/>
              <w:bottom w:val="single" w:sz="4" w:space="0" w:color="auto"/>
              <w:right w:val="single" w:sz="4" w:space="0" w:color="auto"/>
            </w:tcBorders>
          </w:tcPr>
          <w:p w14:paraId="4A2B2FD0" w14:textId="77777777" w:rsidR="00523A7F" w:rsidRPr="004B1194" w:rsidRDefault="00523A7F" w:rsidP="004B1194">
            <w:pPr>
              <w:rPr>
                <w:rFonts w:asciiTheme="majorHAnsi" w:hAnsiTheme="majorHAnsi" w:cstheme="majorHAnsi"/>
                <w:b/>
                <w:color w:val="C00000"/>
                <w:sz w:val="28"/>
                <w:szCs w:val="28"/>
                <w:u w:val="single"/>
              </w:rPr>
            </w:pPr>
          </w:p>
        </w:tc>
      </w:tr>
      <w:tr w:rsidR="00523A7F" w:rsidRPr="004B1194" w14:paraId="31CC2B70" w14:textId="77777777" w:rsidTr="002D5F7B">
        <w:tc>
          <w:tcPr>
            <w:tcW w:w="3085" w:type="dxa"/>
            <w:tcBorders>
              <w:top w:val="single" w:sz="4" w:space="0" w:color="auto"/>
              <w:left w:val="single" w:sz="4" w:space="0" w:color="auto"/>
              <w:bottom w:val="single" w:sz="4" w:space="0" w:color="auto"/>
              <w:right w:val="single" w:sz="4" w:space="0" w:color="auto"/>
            </w:tcBorders>
            <w:hideMark/>
          </w:tcPr>
          <w:p w14:paraId="3073249A"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Email</w:t>
            </w:r>
          </w:p>
        </w:tc>
        <w:tc>
          <w:tcPr>
            <w:tcW w:w="6769" w:type="dxa"/>
            <w:tcBorders>
              <w:top w:val="single" w:sz="4" w:space="0" w:color="auto"/>
              <w:left w:val="single" w:sz="4" w:space="0" w:color="auto"/>
              <w:bottom w:val="single" w:sz="4" w:space="0" w:color="auto"/>
              <w:right w:val="single" w:sz="4" w:space="0" w:color="auto"/>
            </w:tcBorders>
          </w:tcPr>
          <w:p w14:paraId="4C4FF08D" w14:textId="77777777" w:rsidR="00523A7F" w:rsidRPr="004B1194" w:rsidRDefault="00523A7F" w:rsidP="004B1194">
            <w:pPr>
              <w:rPr>
                <w:rFonts w:asciiTheme="majorHAnsi" w:hAnsiTheme="majorHAnsi" w:cstheme="majorHAnsi"/>
                <w:b/>
                <w:color w:val="C00000"/>
                <w:sz w:val="28"/>
                <w:szCs w:val="28"/>
                <w:u w:val="single"/>
              </w:rPr>
            </w:pPr>
          </w:p>
        </w:tc>
      </w:tr>
    </w:tbl>
    <w:p w14:paraId="4252262A" w14:textId="77777777" w:rsidR="007A64A3" w:rsidRPr="004B1194" w:rsidRDefault="007A64A3" w:rsidP="004B1194">
      <w:pPr>
        <w:spacing w:after="0" w:line="240" w:lineRule="auto"/>
        <w:rPr>
          <w:rFonts w:asciiTheme="majorHAnsi" w:hAnsiTheme="majorHAnsi" w:cstheme="majorHAnsi"/>
          <w:b/>
          <w:color w:val="C00000"/>
          <w:sz w:val="28"/>
          <w:szCs w:val="28"/>
          <w:u w:val="single"/>
        </w:rPr>
      </w:pPr>
    </w:p>
    <w:p w14:paraId="433D3DE4" w14:textId="77777777" w:rsidR="00523A7F" w:rsidRPr="004B1194" w:rsidRDefault="00523A7F" w:rsidP="004B1194">
      <w:pPr>
        <w:spacing w:after="0" w:line="240" w:lineRule="auto"/>
        <w:rPr>
          <w:rFonts w:asciiTheme="majorHAnsi" w:hAnsiTheme="majorHAnsi" w:cstheme="majorHAnsi"/>
          <w:b/>
          <w:sz w:val="24"/>
          <w:szCs w:val="24"/>
        </w:rPr>
      </w:pPr>
      <w:r w:rsidRPr="004B1194">
        <w:rPr>
          <w:rFonts w:asciiTheme="majorHAnsi" w:hAnsiTheme="majorHAnsi" w:cstheme="majorHAnsi"/>
          <w:b/>
          <w:sz w:val="24"/>
          <w:szCs w:val="24"/>
        </w:rPr>
        <w:t>BOOKING DETAILS</w:t>
      </w:r>
    </w:p>
    <w:tbl>
      <w:tblPr>
        <w:tblStyle w:val="TableGrid"/>
        <w:tblW w:w="0" w:type="auto"/>
        <w:tblLook w:val="04A0" w:firstRow="1" w:lastRow="0" w:firstColumn="1" w:lastColumn="0" w:noHBand="0" w:noVBand="1"/>
      </w:tblPr>
      <w:tblGrid>
        <w:gridCol w:w="3024"/>
        <w:gridCol w:w="6604"/>
      </w:tblGrid>
      <w:tr w:rsidR="00523A7F" w:rsidRPr="004B1194" w14:paraId="2796AD90" w14:textId="77777777" w:rsidTr="002D5F7B">
        <w:tc>
          <w:tcPr>
            <w:tcW w:w="3024" w:type="dxa"/>
            <w:tcBorders>
              <w:top w:val="single" w:sz="4" w:space="0" w:color="auto"/>
              <w:left w:val="single" w:sz="4" w:space="0" w:color="auto"/>
              <w:bottom w:val="single" w:sz="4" w:space="0" w:color="auto"/>
              <w:right w:val="single" w:sz="4" w:space="0" w:color="auto"/>
            </w:tcBorders>
            <w:hideMark/>
          </w:tcPr>
          <w:p w14:paraId="1F7C23EE"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Day(s)</w:t>
            </w:r>
          </w:p>
        </w:tc>
        <w:tc>
          <w:tcPr>
            <w:tcW w:w="6604" w:type="dxa"/>
            <w:tcBorders>
              <w:top w:val="single" w:sz="4" w:space="0" w:color="auto"/>
              <w:left w:val="single" w:sz="4" w:space="0" w:color="auto"/>
              <w:bottom w:val="single" w:sz="4" w:space="0" w:color="auto"/>
              <w:right w:val="single" w:sz="4" w:space="0" w:color="auto"/>
            </w:tcBorders>
          </w:tcPr>
          <w:p w14:paraId="787B2711" w14:textId="77777777" w:rsidR="00523A7F" w:rsidRPr="004B1194" w:rsidRDefault="00523A7F" w:rsidP="004B1194">
            <w:pPr>
              <w:rPr>
                <w:rFonts w:asciiTheme="majorHAnsi" w:hAnsiTheme="majorHAnsi" w:cstheme="majorHAnsi"/>
                <w:b/>
                <w:sz w:val="24"/>
                <w:szCs w:val="24"/>
              </w:rPr>
            </w:pPr>
          </w:p>
        </w:tc>
      </w:tr>
      <w:tr w:rsidR="00523A7F" w:rsidRPr="004B1194" w14:paraId="5C488DEE" w14:textId="77777777" w:rsidTr="002D5F7B">
        <w:tc>
          <w:tcPr>
            <w:tcW w:w="3024" w:type="dxa"/>
            <w:tcBorders>
              <w:top w:val="single" w:sz="4" w:space="0" w:color="auto"/>
              <w:left w:val="single" w:sz="4" w:space="0" w:color="auto"/>
              <w:bottom w:val="single" w:sz="4" w:space="0" w:color="auto"/>
              <w:right w:val="single" w:sz="4" w:space="0" w:color="auto"/>
            </w:tcBorders>
            <w:hideMark/>
          </w:tcPr>
          <w:p w14:paraId="5A8D46DA"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Date(s)</w:t>
            </w:r>
          </w:p>
        </w:tc>
        <w:tc>
          <w:tcPr>
            <w:tcW w:w="6604" w:type="dxa"/>
            <w:tcBorders>
              <w:top w:val="single" w:sz="4" w:space="0" w:color="auto"/>
              <w:left w:val="single" w:sz="4" w:space="0" w:color="auto"/>
              <w:bottom w:val="single" w:sz="4" w:space="0" w:color="auto"/>
              <w:right w:val="single" w:sz="4" w:space="0" w:color="auto"/>
            </w:tcBorders>
          </w:tcPr>
          <w:p w14:paraId="78E3F55B" w14:textId="77777777" w:rsidR="00523A7F" w:rsidRPr="004B1194" w:rsidRDefault="00523A7F" w:rsidP="004B1194">
            <w:pPr>
              <w:rPr>
                <w:rFonts w:asciiTheme="majorHAnsi" w:hAnsiTheme="majorHAnsi" w:cstheme="majorHAnsi"/>
                <w:b/>
                <w:sz w:val="24"/>
                <w:szCs w:val="24"/>
              </w:rPr>
            </w:pPr>
          </w:p>
        </w:tc>
      </w:tr>
      <w:tr w:rsidR="00523A7F" w:rsidRPr="004B1194" w14:paraId="0296D661" w14:textId="77777777" w:rsidTr="002D5F7B">
        <w:tc>
          <w:tcPr>
            <w:tcW w:w="3024" w:type="dxa"/>
            <w:tcBorders>
              <w:top w:val="single" w:sz="4" w:space="0" w:color="auto"/>
              <w:left w:val="single" w:sz="4" w:space="0" w:color="auto"/>
              <w:bottom w:val="single" w:sz="4" w:space="0" w:color="auto"/>
              <w:right w:val="single" w:sz="4" w:space="0" w:color="auto"/>
            </w:tcBorders>
            <w:hideMark/>
          </w:tcPr>
          <w:p w14:paraId="6679D6A0"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Start Time</w:t>
            </w:r>
          </w:p>
        </w:tc>
        <w:tc>
          <w:tcPr>
            <w:tcW w:w="6604" w:type="dxa"/>
            <w:tcBorders>
              <w:top w:val="single" w:sz="4" w:space="0" w:color="auto"/>
              <w:left w:val="single" w:sz="4" w:space="0" w:color="auto"/>
              <w:bottom w:val="single" w:sz="4" w:space="0" w:color="auto"/>
              <w:right w:val="single" w:sz="4" w:space="0" w:color="auto"/>
            </w:tcBorders>
          </w:tcPr>
          <w:p w14:paraId="6B2B98EE" w14:textId="77777777" w:rsidR="00523A7F" w:rsidRPr="004B1194" w:rsidRDefault="00523A7F" w:rsidP="004B1194">
            <w:pPr>
              <w:rPr>
                <w:rFonts w:asciiTheme="majorHAnsi" w:hAnsiTheme="majorHAnsi" w:cstheme="majorHAnsi"/>
                <w:b/>
                <w:sz w:val="24"/>
                <w:szCs w:val="24"/>
              </w:rPr>
            </w:pPr>
          </w:p>
        </w:tc>
      </w:tr>
      <w:tr w:rsidR="00523A7F" w:rsidRPr="004B1194" w14:paraId="5FB598A2" w14:textId="77777777" w:rsidTr="002D5F7B">
        <w:tc>
          <w:tcPr>
            <w:tcW w:w="3024" w:type="dxa"/>
            <w:tcBorders>
              <w:top w:val="single" w:sz="4" w:space="0" w:color="auto"/>
              <w:left w:val="single" w:sz="4" w:space="0" w:color="auto"/>
              <w:bottom w:val="single" w:sz="4" w:space="0" w:color="auto"/>
              <w:right w:val="single" w:sz="4" w:space="0" w:color="auto"/>
            </w:tcBorders>
            <w:hideMark/>
          </w:tcPr>
          <w:p w14:paraId="6FAAFAB6"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Finish Time</w:t>
            </w:r>
          </w:p>
        </w:tc>
        <w:tc>
          <w:tcPr>
            <w:tcW w:w="6604" w:type="dxa"/>
            <w:tcBorders>
              <w:top w:val="single" w:sz="4" w:space="0" w:color="auto"/>
              <w:left w:val="single" w:sz="4" w:space="0" w:color="auto"/>
              <w:bottom w:val="single" w:sz="4" w:space="0" w:color="auto"/>
              <w:right w:val="single" w:sz="4" w:space="0" w:color="auto"/>
            </w:tcBorders>
          </w:tcPr>
          <w:p w14:paraId="0D611028" w14:textId="77777777" w:rsidR="00523A7F" w:rsidRPr="004B1194" w:rsidRDefault="00523A7F" w:rsidP="004B1194">
            <w:pPr>
              <w:rPr>
                <w:rFonts w:asciiTheme="majorHAnsi" w:hAnsiTheme="majorHAnsi" w:cstheme="majorHAnsi"/>
                <w:b/>
                <w:sz w:val="24"/>
                <w:szCs w:val="24"/>
              </w:rPr>
            </w:pPr>
          </w:p>
        </w:tc>
      </w:tr>
      <w:tr w:rsidR="00523A7F" w:rsidRPr="004B1194" w14:paraId="25F6F2E0" w14:textId="77777777" w:rsidTr="002D5F7B">
        <w:tc>
          <w:tcPr>
            <w:tcW w:w="3024" w:type="dxa"/>
            <w:tcBorders>
              <w:top w:val="single" w:sz="4" w:space="0" w:color="auto"/>
              <w:left w:val="single" w:sz="4" w:space="0" w:color="auto"/>
              <w:bottom w:val="single" w:sz="4" w:space="0" w:color="auto"/>
              <w:right w:val="single" w:sz="4" w:space="0" w:color="auto"/>
            </w:tcBorders>
            <w:hideMark/>
          </w:tcPr>
          <w:p w14:paraId="54AD7157" w14:textId="77777777" w:rsidR="00523A7F" w:rsidRPr="004B1194" w:rsidRDefault="00523A7F" w:rsidP="004B1194">
            <w:pPr>
              <w:rPr>
                <w:rFonts w:asciiTheme="majorHAnsi" w:hAnsiTheme="majorHAnsi" w:cstheme="majorHAnsi"/>
                <w:b/>
                <w:sz w:val="28"/>
                <w:szCs w:val="28"/>
              </w:rPr>
            </w:pPr>
            <w:r w:rsidRPr="004B1194">
              <w:rPr>
                <w:rFonts w:asciiTheme="majorHAnsi" w:hAnsiTheme="majorHAnsi" w:cstheme="majorHAnsi"/>
                <w:b/>
                <w:sz w:val="28"/>
                <w:szCs w:val="28"/>
              </w:rPr>
              <w:t>Type of event taking place</w:t>
            </w:r>
          </w:p>
        </w:tc>
        <w:tc>
          <w:tcPr>
            <w:tcW w:w="6604" w:type="dxa"/>
            <w:tcBorders>
              <w:top w:val="single" w:sz="4" w:space="0" w:color="auto"/>
              <w:left w:val="single" w:sz="4" w:space="0" w:color="auto"/>
              <w:bottom w:val="single" w:sz="4" w:space="0" w:color="auto"/>
              <w:right w:val="single" w:sz="4" w:space="0" w:color="auto"/>
            </w:tcBorders>
          </w:tcPr>
          <w:p w14:paraId="1CE2056D" w14:textId="77777777" w:rsidR="00523A7F" w:rsidRPr="004B1194" w:rsidRDefault="00523A7F" w:rsidP="004B1194">
            <w:pPr>
              <w:rPr>
                <w:rFonts w:asciiTheme="majorHAnsi" w:hAnsiTheme="majorHAnsi" w:cstheme="majorHAnsi"/>
                <w:b/>
                <w:sz w:val="24"/>
                <w:szCs w:val="24"/>
              </w:rPr>
            </w:pPr>
          </w:p>
        </w:tc>
      </w:tr>
    </w:tbl>
    <w:p w14:paraId="0DD051C5" w14:textId="77777777" w:rsidR="00523A7F" w:rsidRPr="004B1194" w:rsidRDefault="00523A7F" w:rsidP="004B1194">
      <w:pPr>
        <w:spacing w:after="0" w:line="240" w:lineRule="auto"/>
        <w:rPr>
          <w:rFonts w:asciiTheme="majorHAnsi" w:hAnsiTheme="majorHAnsi" w:cstheme="majorHAnsi"/>
          <w:b/>
          <w:sz w:val="26"/>
          <w:szCs w:val="26"/>
        </w:rPr>
      </w:pPr>
    </w:p>
    <w:p w14:paraId="0BDDB69B" w14:textId="16C33892" w:rsidR="00523A7F" w:rsidRDefault="00523A7F" w:rsidP="004B1194">
      <w:pPr>
        <w:spacing w:after="0" w:line="240" w:lineRule="auto"/>
        <w:rPr>
          <w:rFonts w:asciiTheme="majorHAnsi" w:hAnsiTheme="majorHAnsi" w:cstheme="majorHAnsi"/>
          <w:b/>
          <w:sz w:val="26"/>
          <w:szCs w:val="26"/>
        </w:rPr>
      </w:pPr>
      <w:r w:rsidRPr="004B1194">
        <w:rPr>
          <w:rFonts w:asciiTheme="majorHAnsi" w:hAnsiTheme="majorHAnsi" w:cstheme="majorHAnsi"/>
          <w:b/>
          <w:sz w:val="26"/>
          <w:szCs w:val="26"/>
        </w:rPr>
        <w:t>For regular bookings, do you have a Child Protection / Vulnerable Persons Policy?</w:t>
      </w:r>
    </w:p>
    <w:p w14:paraId="6374D106" w14:textId="76D578D9" w:rsidR="00107A5F" w:rsidRPr="00107A5F" w:rsidRDefault="00107A5F" w:rsidP="004B1194">
      <w:pPr>
        <w:spacing w:after="0" w:line="240" w:lineRule="auto"/>
        <w:rPr>
          <w:rFonts w:asciiTheme="majorHAnsi" w:hAnsiTheme="majorHAnsi" w:cstheme="majorHAnsi"/>
          <w:bCs/>
          <w:sz w:val="26"/>
          <w:szCs w:val="26"/>
        </w:rPr>
      </w:pPr>
      <w:r w:rsidRPr="00107A5F">
        <w:rPr>
          <w:rFonts w:asciiTheme="majorHAnsi" w:hAnsiTheme="majorHAnsi" w:cstheme="majorHAnsi"/>
          <w:bCs/>
          <w:sz w:val="26"/>
          <w:szCs w:val="26"/>
        </w:rPr>
        <w:t>(if applicable)</w:t>
      </w:r>
    </w:p>
    <w:p w14:paraId="53B30916" w14:textId="77777777" w:rsidR="00523A7F" w:rsidRDefault="00523A7F" w:rsidP="004B1194">
      <w:pPr>
        <w:spacing w:after="0" w:line="240" w:lineRule="auto"/>
        <w:rPr>
          <w:rFonts w:asciiTheme="majorHAnsi" w:hAnsiTheme="majorHAnsi" w:cstheme="majorHAnsi"/>
          <w:sz w:val="26"/>
          <w:szCs w:val="26"/>
        </w:rPr>
      </w:pPr>
      <w:r w:rsidRPr="004B1194">
        <w:rPr>
          <w:rFonts w:asciiTheme="majorHAnsi" w:hAnsiTheme="majorHAnsi" w:cstheme="majorHAnsi"/>
          <w:b/>
          <w:sz w:val="26"/>
          <w:szCs w:val="26"/>
        </w:rPr>
        <w:t xml:space="preserve"> </w:t>
      </w:r>
      <w:r w:rsidRPr="004B1194">
        <w:rPr>
          <w:rFonts w:ascii="Segoe UI Symbol" w:hAnsi="Segoe UI Symbol" w:cs="Segoe UI Symbol"/>
          <w:sz w:val="26"/>
          <w:szCs w:val="26"/>
        </w:rPr>
        <w:t>☐</w:t>
      </w:r>
      <w:r w:rsidRPr="004B1194">
        <w:rPr>
          <w:rFonts w:asciiTheme="majorHAnsi" w:hAnsiTheme="majorHAnsi" w:cstheme="majorHAnsi"/>
          <w:sz w:val="26"/>
          <w:szCs w:val="26"/>
        </w:rPr>
        <w:t xml:space="preserve"> Yes        </w:t>
      </w:r>
      <w:r w:rsidRPr="004B1194">
        <w:rPr>
          <w:rFonts w:ascii="Segoe UI Symbol" w:hAnsi="Segoe UI Symbol" w:cs="Segoe UI Symbol"/>
          <w:sz w:val="26"/>
          <w:szCs w:val="26"/>
        </w:rPr>
        <w:t>☐</w:t>
      </w:r>
      <w:r w:rsidRPr="004B1194">
        <w:rPr>
          <w:rFonts w:asciiTheme="majorHAnsi" w:hAnsiTheme="majorHAnsi" w:cstheme="majorHAnsi"/>
          <w:sz w:val="26"/>
          <w:szCs w:val="26"/>
        </w:rPr>
        <w:t xml:space="preserve"> No</w:t>
      </w:r>
    </w:p>
    <w:p w14:paraId="43D9C83A" w14:textId="77777777" w:rsidR="004B1194" w:rsidRPr="004B1194" w:rsidRDefault="004B1194" w:rsidP="004B1194">
      <w:pPr>
        <w:spacing w:after="0" w:line="240" w:lineRule="auto"/>
        <w:rPr>
          <w:rFonts w:asciiTheme="majorHAnsi" w:hAnsiTheme="majorHAnsi" w:cstheme="majorHAnsi"/>
          <w:sz w:val="26"/>
          <w:szCs w:val="26"/>
        </w:rPr>
      </w:pPr>
    </w:p>
    <w:p w14:paraId="1670745A" w14:textId="15AF7874" w:rsidR="00523A7F" w:rsidRDefault="00523A7F" w:rsidP="004B1194">
      <w:pPr>
        <w:spacing w:after="0" w:line="240" w:lineRule="auto"/>
        <w:rPr>
          <w:rFonts w:asciiTheme="majorHAnsi" w:hAnsiTheme="majorHAnsi" w:cstheme="majorHAnsi"/>
          <w:sz w:val="26"/>
          <w:szCs w:val="26"/>
        </w:rPr>
      </w:pPr>
      <w:r w:rsidRPr="004B1194">
        <w:rPr>
          <w:rFonts w:asciiTheme="majorHAnsi" w:hAnsiTheme="majorHAnsi" w:cstheme="majorHAnsi"/>
          <w:b/>
          <w:sz w:val="26"/>
          <w:szCs w:val="26"/>
        </w:rPr>
        <w:t>R</w:t>
      </w:r>
      <w:r w:rsidR="004B1194">
        <w:rPr>
          <w:rFonts w:asciiTheme="majorHAnsi" w:hAnsiTheme="majorHAnsi" w:cstheme="majorHAnsi"/>
          <w:b/>
          <w:sz w:val="26"/>
          <w:szCs w:val="26"/>
        </w:rPr>
        <w:t>OO</w:t>
      </w:r>
      <w:r w:rsidRPr="004B1194">
        <w:rPr>
          <w:rFonts w:asciiTheme="majorHAnsi" w:hAnsiTheme="majorHAnsi" w:cstheme="majorHAnsi"/>
          <w:b/>
          <w:sz w:val="26"/>
          <w:szCs w:val="26"/>
        </w:rPr>
        <w:t xml:space="preserve">M REQUIRED:       </w:t>
      </w:r>
      <w:r w:rsidRPr="008873CA">
        <w:rPr>
          <w:rFonts w:ascii="Segoe UI Symbol" w:hAnsi="Segoe UI Symbol" w:cs="Segoe UI Symbol"/>
          <w:sz w:val="26"/>
          <w:szCs w:val="26"/>
        </w:rPr>
        <w:t>☐</w:t>
      </w:r>
      <w:r w:rsidRPr="008873CA">
        <w:rPr>
          <w:rFonts w:asciiTheme="majorHAnsi" w:hAnsiTheme="majorHAnsi" w:cstheme="majorHAnsi"/>
          <w:sz w:val="26"/>
          <w:szCs w:val="26"/>
        </w:rPr>
        <w:t xml:space="preserve"> Main Hall      </w:t>
      </w:r>
      <w:r w:rsidRPr="008873CA">
        <w:rPr>
          <w:rFonts w:ascii="Segoe UI Symbol" w:hAnsi="Segoe UI Symbol" w:cs="Segoe UI Symbol"/>
          <w:sz w:val="26"/>
          <w:szCs w:val="26"/>
        </w:rPr>
        <w:t>☐</w:t>
      </w:r>
      <w:r w:rsidRPr="008873CA">
        <w:rPr>
          <w:rFonts w:asciiTheme="majorHAnsi" w:hAnsiTheme="majorHAnsi" w:cstheme="majorHAnsi"/>
          <w:sz w:val="26"/>
          <w:szCs w:val="26"/>
        </w:rPr>
        <w:t xml:space="preserve"> Meeting room 1          </w:t>
      </w:r>
      <w:r w:rsidRPr="008873CA">
        <w:rPr>
          <w:rFonts w:ascii="Segoe UI Symbol" w:hAnsi="Segoe UI Symbol" w:cs="Segoe UI Symbol"/>
          <w:sz w:val="26"/>
          <w:szCs w:val="26"/>
        </w:rPr>
        <w:t>☐</w:t>
      </w:r>
      <w:r w:rsidRPr="008873CA">
        <w:rPr>
          <w:rFonts w:asciiTheme="majorHAnsi" w:hAnsiTheme="majorHAnsi" w:cstheme="majorHAnsi"/>
          <w:sz w:val="26"/>
          <w:szCs w:val="26"/>
        </w:rPr>
        <w:t xml:space="preserve"> Meeting room 2</w:t>
      </w:r>
      <w:r w:rsidRPr="004B1194">
        <w:rPr>
          <w:rFonts w:asciiTheme="majorHAnsi" w:hAnsiTheme="majorHAnsi" w:cstheme="majorHAnsi"/>
          <w:sz w:val="26"/>
          <w:szCs w:val="26"/>
        </w:rPr>
        <w:t xml:space="preserve"> </w:t>
      </w:r>
    </w:p>
    <w:p w14:paraId="697E5953" w14:textId="77777777" w:rsidR="004B1194" w:rsidRPr="004B1194" w:rsidRDefault="004B1194" w:rsidP="004B1194">
      <w:pPr>
        <w:spacing w:after="0" w:line="240" w:lineRule="auto"/>
        <w:rPr>
          <w:rFonts w:asciiTheme="majorHAnsi" w:hAnsiTheme="majorHAnsi" w:cstheme="majorHAnsi"/>
          <w:sz w:val="26"/>
          <w:szCs w:val="26"/>
        </w:rPr>
      </w:pPr>
    </w:p>
    <w:p w14:paraId="117F211C" w14:textId="77777777" w:rsidR="008873CA" w:rsidRDefault="00523A7F" w:rsidP="004B1194">
      <w:pPr>
        <w:spacing w:after="0" w:line="240" w:lineRule="auto"/>
        <w:rPr>
          <w:rFonts w:asciiTheme="majorHAnsi" w:hAnsiTheme="majorHAnsi" w:cstheme="majorHAnsi"/>
          <w:b/>
          <w:bCs/>
          <w:sz w:val="26"/>
          <w:szCs w:val="26"/>
        </w:rPr>
      </w:pPr>
      <w:r w:rsidRPr="004B1194">
        <w:rPr>
          <w:rFonts w:asciiTheme="majorHAnsi" w:hAnsiTheme="majorHAnsi" w:cstheme="majorHAnsi"/>
          <w:b/>
          <w:bCs/>
          <w:sz w:val="26"/>
          <w:szCs w:val="26"/>
        </w:rPr>
        <w:t>Room hire charges</w:t>
      </w:r>
      <w:r w:rsidR="008873CA">
        <w:rPr>
          <w:rFonts w:asciiTheme="majorHAnsi" w:hAnsiTheme="majorHAnsi" w:cstheme="majorHAnsi"/>
          <w:b/>
          <w:bCs/>
          <w:sz w:val="26"/>
          <w:szCs w:val="26"/>
        </w:rPr>
        <w:t>:</w:t>
      </w:r>
    </w:p>
    <w:p w14:paraId="3B9C3458" w14:textId="7D7F236E" w:rsidR="004B1194" w:rsidRDefault="00523A7F" w:rsidP="004B1194">
      <w:pPr>
        <w:spacing w:after="0" w:line="240" w:lineRule="auto"/>
        <w:rPr>
          <w:rFonts w:asciiTheme="majorHAnsi" w:hAnsiTheme="majorHAnsi" w:cstheme="majorHAnsi"/>
          <w:sz w:val="26"/>
          <w:szCs w:val="26"/>
        </w:rPr>
      </w:pPr>
      <w:r w:rsidRPr="008873CA">
        <w:rPr>
          <w:rFonts w:asciiTheme="majorHAnsi" w:hAnsiTheme="majorHAnsi" w:cstheme="majorHAnsi"/>
          <w:sz w:val="26"/>
          <w:szCs w:val="26"/>
        </w:rPr>
        <w:t xml:space="preserve">£8.00 per hour   • £50.00 per day   • Commercial </w:t>
      </w:r>
      <w:r w:rsidR="008873CA">
        <w:rPr>
          <w:rFonts w:asciiTheme="majorHAnsi" w:hAnsiTheme="majorHAnsi" w:cstheme="majorHAnsi"/>
          <w:sz w:val="26"/>
          <w:szCs w:val="26"/>
        </w:rPr>
        <w:t xml:space="preserve">and Non-Parishioner </w:t>
      </w:r>
      <w:r w:rsidRPr="008873CA">
        <w:rPr>
          <w:rFonts w:asciiTheme="majorHAnsi" w:hAnsiTheme="majorHAnsi" w:cstheme="majorHAnsi"/>
          <w:sz w:val="26"/>
          <w:szCs w:val="26"/>
        </w:rPr>
        <w:t>hire: £12.00 per hour.</w:t>
      </w:r>
    </w:p>
    <w:p w14:paraId="0F4AA1C7" w14:textId="50661FBA" w:rsidR="009F3179" w:rsidRDefault="009F3179" w:rsidP="004B1194">
      <w:pPr>
        <w:spacing w:after="0" w:line="240" w:lineRule="auto"/>
        <w:rPr>
          <w:rFonts w:asciiTheme="majorHAnsi" w:hAnsiTheme="majorHAnsi" w:cstheme="majorHAnsi"/>
          <w:b/>
          <w:bCs/>
          <w:sz w:val="26"/>
          <w:szCs w:val="26"/>
        </w:rPr>
      </w:pPr>
      <w:r>
        <w:rPr>
          <w:rFonts w:asciiTheme="majorHAnsi" w:hAnsiTheme="majorHAnsi" w:cstheme="majorHAnsi"/>
          <w:sz w:val="26"/>
          <w:szCs w:val="26"/>
        </w:rPr>
        <w:t xml:space="preserve">Charitable </w:t>
      </w:r>
      <w:proofErr w:type="spellStart"/>
      <w:r>
        <w:rPr>
          <w:rFonts w:asciiTheme="majorHAnsi" w:hAnsiTheme="majorHAnsi" w:cstheme="majorHAnsi"/>
          <w:sz w:val="26"/>
          <w:szCs w:val="26"/>
        </w:rPr>
        <w:t>Organisations</w:t>
      </w:r>
      <w:proofErr w:type="spellEnd"/>
      <w:r w:rsidR="00DC48BE">
        <w:rPr>
          <w:rFonts w:asciiTheme="majorHAnsi" w:hAnsiTheme="majorHAnsi" w:cstheme="majorHAnsi"/>
          <w:sz w:val="26"/>
          <w:szCs w:val="26"/>
        </w:rPr>
        <w:t>/Not-For-Profit Groups</w:t>
      </w:r>
      <w:r>
        <w:rPr>
          <w:rFonts w:asciiTheme="majorHAnsi" w:hAnsiTheme="majorHAnsi" w:cstheme="majorHAnsi"/>
          <w:sz w:val="26"/>
          <w:szCs w:val="26"/>
        </w:rPr>
        <w:t xml:space="preserve"> – Free of Charge</w:t>
      </w:r>
    </w:p>
    <w:p w14:paraId="732C4EA0" w14:textId="19BA2729" w:rsidR="00523A7F" w:rsidRDefault="00523A7F" w:rsidP="004B1194">
      <w:pPr>
        <w:spacing w:after="0" w:line="240" w:lineRule="auto"/>
        <w:rPr>
          <w:rFonts w:asciiTheme="majorHAnsi" w:hAnsiTheme="majorHAnsi" w:cstheme="majorHAnsi"/>
          <w:b/>
          <w:bCs/>
          <w:sz w:val="26"/>
          <w:szCs w:val="26"/>
          <w:u w:val="single"/>
        </w:rPr>
      </w:pPr>
      <w:r w:rsidRPr="004B1194">
        <w:rPr>
          <w:rFonts w:asciiTheme="majorHAnsi" w:hAnsiTheme="majorHAnsi" w:cstheme="majorHAnsi"/>
          <w:sz w:val="26"/>
          <w:szCs w:val="26"/>
        </w:rPr>
        <w:br/>
      </w:r>
      <w:r w:rsidR="00803EAD" w:rsidRPr="00803EAD">
        <w:rPr>
          <w:rFonts w:asciiTheme="majorHAnsi" w:hAnsiTheme="majorHAnsi" w:cstheme="majorHAnsi"/>
          <w:b/>
          <w:bCs/>
          <w:sz w:val="26"/>
          <w:szCs w:val="26"/>
          <w:u w:val="single"/>
        </w:rPr>
        <w:t>Payment must be made in advance of the booking, unless otherwise agreed by the Council.</w:t>
      </w:r>
    </w:p>
    <w:p w14:paraId="6895E966" w14:textId="77777777" w:rsidR="008873CA" w:rsidRPr="008873CA" w:rsidRDefault="008873CA" w:rsidP="004B1194">
      <w:pPr>
        <w:spacing w:after="0" w:line="240" w:lineRule="auto"/>
        <w:rPr>
          <w:rFonts w:asciiTheme="majorHAnsi" w:hAnsiTheme="majorHAnsi" w:cstheme="majorHAnsi"/>
          <w:b/>
          <w:bCs/>
          <w:sz w:val="26"/>
          <w:szCs w:val="26"/>
          <w:u w:val="single"/>
        </w:rPr>
      </w:pPr>
    </w:p>
    <w:p w14:paraId="2D5D1AB3" w14:textId="14E6F810" w:rsidR="00803EAD" w:rsidRDefault="00803EAD" w:rsidP="004B1194">
      <w:pPr>
        <w:spacing w:after="0" w:line="240" w:lineRule="auto"/>
        <w:rPr>
          <w:rFonts w:asciiTheme="majorHAnsi" w:hAnsiTheme="majorHAnsi" w:cstheme="majorHAnsi"/>
          <w:b/>
          <w:bCs/>
          <w:sz w:val="26"/>
          <w:szCs w:val="26"/>
        </w:rPr>
      </w:pPr>
      <w:r>
        <w:rPr>
          <w:rFonts w:asciiTheme="majorHAnsi" w:hAnsiTheme="majorHAnsi" w:cstheme="majorHAnsi"/>
          <w:b/>
          <w:bCs/>
          <w:sz w:val="26"/>
          <w:szCs w:val="26"/>
        </w:rPr>
        <w:t>Payment Details:</w:t>
      </w:r>
    </w:p>
    <w:p w14:paraId="3DBAC777" w14:textId="6F10A597" w:rsidR="004B1194" w:rsidRPr="00803EAD" w:rsidRDefault="00803EAD" w:rsidP="004B1194">
      <w:pPr>
        <w:spacing w:after="0" w:line="240" w:lineRule="auto"/>
        <w:rPr>
          <w:rFonts w:asciiTheme="majorHAnsi" w:hAnsiTheme="majorHAnsi" w:cstheme="majorHAnsi"/>
          <w:sz w:val="26"/>
          <w:szCs w:val="26"/>
        </w:rPr>
      </w:pPr>
      <w:r>
        <w:rPr>
          <w:rFonts w:asciiTheme="majorHAnsi" w:hAnsiTheme="majorHAnsi" w:cstheme="majorHAnsi"/>
          <w:sz w:val="26"/>
          <w:szCs w:val="26"/>
        </w:rPr>
        <w:t xml:space="preserve">Account Name: </w:t>
      </w:r>
      <w:r w:rsidR="00523A7F" w:rsidRPr="00803EAD">
        <w:rPr>
          <w:rFonts w:asciiTheme="majorHAnsi" w:hAnsiTheme="majorHAnsi" w:cstheme="majorHAnsi"/>
          <w:sz w:val="26"/>
          <w:szCs w:val="26"/>
        </w:rPr>
        <w:t xml:space="preserve">Upton &amp; North Elmsall </w:t>
      </w:r>
      <w:r w:rsidR="00EE21B8" w:rsidRPr="00803EAD">
        <w:rPr>
          <w:rFonts w:asciiTheme="majorHAnsi" w:hAnsiTheme="majorHAnsi" w:cstheme="majorHAnsi"/>
          <w:sz w:val="26"/>
          <w:szCs w:val="26"/>
        </w:rPr>
        <w:t>Parish Council</w:t>
      </w:r>
    </w:p>
    <w:p w14:paraId="7D146D94" w14:textId="77777777" w:rsidR="00803EAD" w:rsidRDefault="00523A7F" w:rsidP="004B1194">
      <w:pPr>
        <w:spacing w:after="0" w:line="240" w:lineRule="auto"/>
        <w:rPr>
          <w:rFonts w:asciiTheme="majorHAnsi" w:hAnsiTheme="majorHAnsi" w:cstheme="majorHAnsi"/>
          <w:sz w:val="26"/>
          <w:szCs w:val="26"/>
        </w:rPr>
      </w:pPr>
      <w:r w:rsidRPr="00803EAD">
        <w:rPr>
          <w:rFonts w:asciiTheme="majorHAnsi" w:hAnsiTheme="majorHAnsi" w:cstheme="majorHAnsi"/>
          <w:sz w:val="26"/>
          <w:szCs w:val="26"/>
        </w:rPr>
        <w:t>Account number: 7</w:t>
      </w:r>
      <w:r w:rsidR="00EE21B8" w:rsidRPr="00803EAD">
        <w:rPr>
          <w:rFonts w:asciiTheme="majorHAnsi" w:hAnsiTheme="majorHAnsi" w:cstheme="majorHAnsi"/>
          <w:sz w:val="26"/>
          <w:szCs w:val="26"/>
        </w:rPr>
        <w:t>0900486</w:t>
      </w:r>
    </w:p>
    <w:p w14:paraId="25910BB2" w14:textId="34D8D29C" w:rsidR="008873CA" w:rsidRPr="00803EAD" w:rsidRDefault="00EE21B8" w:rsidP="004B1194">
      <w:pPr>
        <w:spacing w:after="0" w:line="240" w:lineRule="auto"/>
        <w:rPr>
          <w:rFonts w:asciiTheme="majorHAnsi" w:hAnsiTheme="majorHAnsi" w:cstheme="majorHAnsi"/>
          <w:sz w:val="26"/>
          <w:szCs w:val="26"/>
        </w:rPr>
      </w:pPr>
      <w:r w:rsidRPr="00803EAD">
        <w:rPr>
          <w:rFonts w:asciiTheme="majorHAnsi" w:hAnsiTheme="majorHAnsi" w:cstheme="majorHAnsi"/>
          <w:sz w:val="26"/>
          <w:szCs w:val="26"/>
        </w:rPr>
        <w:t>S</w:t>
      </w:r>
      <w:r w:rsidR="00523A7F" w:rsidRPr="00803EAD">
        <w:rPr>
          <w:rFonts w:asciiTheme="majorHAnsi" w:hAnsiTheme="majorHAnsi" w:cstheme="majorHAnsi"/>
          <w:sz w:val="26"/>
          <w:szCs w:val="26"/>
        </w:rPr>
        <w:t>ort Code: 20-04-50</w:t>
      </w:r>
    </w:p>
    <w:p w14:paraId="4545F5AE" w14:textId="77777777" w:rsidR="008873CA" w:rsidRPr="00803EAD" w:rsidRDefault="008873CA" w:rsidP="004B1194">
      <w:pPr>
        <w:spacing w:after="0" w:line="240" w:lineRule="auto"/>
        <w:rPr>
          <w:rFonts w:asciiTheme="majorHAnsi" w:hAnsiTheme="majorHAnsi" w:cstheme="majorHAnsi"/>
          <w:sz w:val="26"/>
          <w:szCs w:val="26"/>
        </w:rPr>
      </w:pPr>
    </w:p>
    <w:p w14:paraId="7F7062ED" w14:textId="39DB4C1D" w:rsidR="00811DA8" w:rsidRPr="00803EAD" w:rsidRDefault="00523A7F" w:rsidP="007A64A3">
      <w:pPr>
        <w:spacing w:after="0" w:line="240" w:lineRule="auto"/>
        <w:rPr>
          <w:rFonts w:asciiTheme="majorHAnsi" w:hAnsiTheme="majorHAnsi" w:cstheme="majorHAnsi"/>
          <w:sz w:val="26"/>
          <w:szCs w:val="26"/>
        </w:rPr>
      </w:pPr>
      <w:r w:rsidRPr="00803EAD">
        <w:rPr>
          <w:rFonts w:asciiTheme="majorHAnsi" w:hAnsiTheme="majorHAnsi" w:cstheme="majorHAnsi"/>
          <w:sz w:val="26"/>
          <w:szCs w:val="26"/>
        </w:rPr>
        <w:t>or by cash at the Village Hall.</w:t>
      </w:r>
    </w:p>
    <w:p w14:paraId="08E8D89B"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AC98087"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6B001259"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9B50630"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7D963C2A"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14D1FAA8"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7B4A1A21"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01057313"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E4D26B2"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3181D935"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2892A54B"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3C57F1E5"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16F96EB0"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0756375F"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688A9D82"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22A2CD4"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12AC1E07"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18850C18"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48E2601D"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779A8799"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0090A95C"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38F47631"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2D9EFA73"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2183565C"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3EF6E6C"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032D962C"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C2DC3AC"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D5277F2"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36D87690"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79DEDE26"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14344A52"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6D64076"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185D9FA3"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5C234524"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0763C579"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77BB98C1" w14:textId="77777777" w:rsidR="00812022" w:rsidRDefault="00812022" w:rsidP="007A64A3">
      <w:pPr>
        <w:spacing w:after="0" w:line="240" w:lineRule="auto"/>
        <w:jc w:val="center"/>
        <w:rPr>
          <w:rFonts w:asciiTheme="majorHAnsi" w:eastAsia="Times New Roman" w:hAnsiTheme="majorHAnsi" w:cstheme="majorHAnsi"/>
          <w:b/>
          <w:bCs/>
          <w:sz w:val="28"/>
          <w:szCs w:val="28"/>
          <w:lang w:val="en-GB" w:eastAsia="en-GB"/>
        </w:rPr>
      </w:pPr>
    </w:p>
    <w:p w14:paraId="7D7F39F9" w14:textId="77777777" w:rsidR="00DE2342" w:rsidRDefault="00DE2342" w:rsidP="007A64A3">
      <w:pPr>
        <w:spacing w:after="0" w:line="240" w:lineRule="auto"/>
        <w:jc w:val="center"/>
        <w:rPr>
          <w:rFonts w:asciiTheme="majorHAnsi" w:eastAsia="Times New Roman" w:hAnsiTheme="majorHAnsi" w:cstheme="majorHAnsi"/>
          <w:b/>
          <w:bCs/>
          <w:sz w:val="28"/>
          <w:szCs w:val="28"/>
          <w:lang w:val="en-GB" w:eastAsia="en-GB"/>
        </w:rPr>
      </w:pPr>
    </w:p>
    <w:p w14:paraId="72096D58" w14:textId="77777777" w:rsidR="00DE2342" w:rsidRDefault="00DE2342" w:rsidP="007A64A3">
      <w:pPr>
        <w:spacing w:after="0" w:line="240" w:lineRule="auto"/>
        <w:jc w:val="center"/>
        <w:rPr>
          <w:rFonts w:asciiTheme="majorHAnsi" w:eastAsia="Times New Roman" w:hAnsiTheme="majorHAnsi" w:cstheme="majorHAnsi"/>
          <w:b/>
          <w:bCs/>
          <w:sz w:val="28"/>
          <w:szCs w:val="28"/>
          <w:lang w:val="en-GB" w:eastAsia="en-GB"/>
        </w:rPr>
      </w:pPr>
    </w:p>
    <w:p w14:paraId="27D017BB" w14:textId="77777777" w:rsidR="00DE2342" w:rsidRDefault="00DE2342" w:rsidP="007A64A3">
      <w:pPr>
        <w:spacing w:after="0" w:line="240" w:lineRule="auto"/>
        <w:jc w:val="center"/>
        <w:rPr>
          <w:rFonts w:asciiTheme="majorHAnsi" w:eastAsia="Times New Roman" w:hAnsiTheme="majorHAnsi" w:cstheme="majorHAnsi"/>
          <w:b/>
          <w:bCs/>
          <w:sz w:val="28"/>
          <w:szCs w:val="28"/>
          <w:lang w:val="en-GB" w:eastAsia="en-GB"/>
        </w:rPr>
      </w:pPr>
    </w:p>
    <w:p w14:paraId="15219F20" w14:textId="77777777" w:rsidR="00DE2342" w:rsidRDefault="00DE2342" w:rsidP="007A64A3">
      <w:pPr>
        <w:spacing w:after="0" w:line="240" w:lineRule="auto"/>
        <w:jc w:val="center"/>
        <w:rPr>
          <w:rFonts w:asciiTheme="majorHAnsi" w:eastAsia="Times New Roman" w:hAnsiTheme="majorHAnsi" w:cstheme="majorHAnsi"/>
          <w:b/>
          <w:bCs/>
          <w:sz w:val="28"/>
          <w:szCs w:val="28"/>
          <w:lang w:val="en-GB" w:eastAsia="en-GB"/>
        </w:rPr>
      </w:pPr>
    </w:p>
    <w:p w14:paraId="136238E1" w14:textId="77777777" w:rsidR="00DE2342" w:rsidRDefault="00DE2342" w:rsidP="007A64A3">
      <w:pPr>
        <w:spacing w:after="0" w:line="240" w:lineRule="auto"/>
        <w:jc w:val="center"/>
        <w:rPr>
          <w:rFonts w:asciiTheme="majorHAnsi" w:eastAsia="Times New Roman" w:hAnsiTheme="majorHAnsi" w:cstheme="majorHAnsi"/>
          <w:b/>
          <w:bCs/>
          <w:sz w:val="28"/>
          <w:szCs w:val="28"/>
          <w:lang w:val="en-GB" w:eastAsia="en-GB"/>
        </w:rPr>
      </w:pPr>
    </w:p>
    <w:p w14:paraId="693241C8" w14:textId="77777777" w:rsidR="00DE2342" w:rsidRPr="00811DA8" w:rsidRDefault="00DE2342" w:rsidP="00DE2342">
      <w:pPr>
        <w:pStyle w:val="NoSpacing"/>
        <w:ind w:left="1440" w:firstLine="720"/>
        <w:rPr>
          <w:rFonts w:asciiTheme="majorHAnsi" w:hAnsiTheme="majorHAnsi" w:cstheme="majorHAnsi"/>
          <w:b/>
          <w:bCs/>
          <w:color w:val="6F4B73"/>
          <w:sz w:val="36"/>
          <w:szCs w:val="36"/>
        </w:rPr>
      </w:pPr>
      <w:r w:rsidRPr="00811DA8">
        <w:rPr>
          <w:rFonts w:asciiTheme="majorHAnsi" w:hAnsiTheme="majorHAnsi" w:cstheme="majorHAnsi"/>
          <w:noProof/>
          <w:color w:val="6F4B73"/>
          <w:sz w:val="36"/>
          <w:szCs w:val="36"/>
        </w:rPr>
        <w:lastRenderedPageBreak/>
        <w:drawing>
          <wp:anchor distT="0" distB="0" distL="114300" distR="114300" simplePos="0" relativeHeight="251661312" behindDoc="0" locked="0" layoutInCell="1" allowOverlap="1" wp14:anchorId="70963921" wp14:editId="4E1AA026">
            <wp:simplePos x="0" y="0"/>
            <wp:positionH relativeFrom="column">
              <wp:posOffset>38100</wp:posOffset>
            </wp:positionH>
            <wp:positionV relativeFrom="paragraph">
              <wp:posOffset>-66675</wp:posOffset>
            </wp:positionV>
            <wp:extent cx="1123950" cy="866454"/>
            <wp:effectExtent l="0" t="0" r="0" b="0"/>
            <wp:wrapNone/>
            <wp:docPr id="1666715588" name="Picture 166671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23950" cy="866454"/>
                    </a:xfrm>
                    <a:prstGeom prst="rect">
                      <a:avLst/>
                    </a:prstGeom>
                  </pic:spPr>
                </pic:pic>
              </a:graphicData>
            </a:graphic>
            <wp14:sizeRelH relativeFrom="margin">
              <wp14:pctWidth>0</wp14:pctWidth>
            </wp14:sizeRelH>
            <wp14:sizeRelV relativeFrom="margin">
              <wp14:pctHeight>0</wp14:pctHeight>
            </wp14:sizeRelV>
          </wp:anchor>
        </w:drawing>
      </w:r>
      <w:r w:rsidRPr="00811DA8">
        <w:rPr>
          <w:rFonts w:asciiTheme="majorHAnsi" w:hAnsiTheme="majorHAnsi" w:cstheme="majorHAnsi"/>
          <w:b/>
          <w:bCs/>
          <w:color w:val="6F4B73"/>
          <w:sz w:val="36"/>
          <w:szCs w:val="36"/>
        </w:rPr>
        <w:t>UPTON &amp; NORTH ELMSALL PARISH COUNCIL</w:t>
      </w:r>
      <w:r>
        <w:rPr>
          <w:rFonts w:asciiTheme="majorHAnsi" w:hAnsiTheme="majorHAnsi" w:cstheme="majorHAnsi"/>
          <w:b/>
          <w:bCs/>
          <w:color w:val="6F4B73"/>
          <w:sz w:val="36"/>
          <w:szCs w:val="36"/>
        </w:rPr>
        <w:tab/>
      </w:r>
    </w:p>
    <w:p w14:paraId="481290B0" w14:textId="77777777" w:rsidR="00DE2342" w:rsidRPr="00811DA8" w:rsidRDefault="00DE2342" w:rsidP="00DE2342">
      <w:pPr>
        <w:pStyle w:val="NoSpacing"/>
        <w:rPr>
          <w:rFonts w:asciiTheme="majorHAnsi" w:hAnsiTheme="majorHAnsi" w:cstheme="majorHAnsi"/>
          <w:color w:val="6F4B73"/>
          <w:sz w:val="24"/>
          <w:szCs w:val="24"/>
        </w:rPr>
      </w:pP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t>The Village Hall, Harewood Lane, Upton, WF9 1JB</w:t>
      </w:r>
    </w:p>
    <w:p w14:paraId="0B459385" w14:textId="77777777" w:rsidR="00DE2342" w:rsidRPr="00811DA8" w:rsidRDefault="00DE2342" w:rsidP="00DE2342">
      <w:pPr>
        <w:pStyle w:val="NoSpacing"/>
        <w:ind w:left="1440" w:firstLine="720"/>
        <w:rPr>
          <w:rFonts w:asciiTheme="majorHAnsi" w:hAnsiTheme="majorHAnsi" w:cstheme="majorHAnsi"/>
          <w:sz w:val="24"/>
          <w:szCs w:val="24"/>
        </w:rPr>
      </w:pPr>
      <w:r w:rsidRPr="00811DA8">
        <w:rPr>
          <w:rFonts w:asciiTheme="majorHAnsi" w:hAnsiTheme="majorHAnsi" w:cstheme="majorHAnsi"/>
          <w:sz w:val="24"/>
          <w:szCs w:val="24"/>
        </w:rPr>
        <w:t>(01977) 64328</w:t>
      </w:r>
      <w:r>
        <w:rPr>
          <w:rFonts w:asciiTheme="majorHAnsi" w:hAnsiTheme="majorHAnsi" w:cstheme="majorHAnsi"/>
          <w:sz w:val="24"/>
          <w:szCs w:val="24"/>
        </w:rPr>
        <w:t>3</w:t>
      </w:r>
      <w:r w:rsidRPr="00811DA8">
        <w:rPr>
          <w:rFonts w:asciiTheme="majorHAnsi" w:hAnsiTheme="majorHAnsi" w:cstheme="majorHAnsi"/>
          <w:sz w:val="24"/>
          <w:szCs w:val="24"/>
        </w:rPr>
        <w:t xml:space="preserve"> / 645351 </w:t>
      </w:r>
      <w:r w:rsidRPr="00811DA8">
        <w:rPr>
          <w:rFonts w:asciiTheme="majorHAnsi" w:hAnsiTheme="majorHAnsi" w:cstheme="majorHAnsi"/>
          <w:color w:val="6F4B73"/>
          <w:sz w:val="24"/>
          <w:szCs w:val="24"/>
        </w:rPr>
        <w:t>|</w:t>
      </w:r>
      <w:r w:rsidRPr="00811DA8">
        <w:rPr>
          <w:rFonts w:asciiTheme="majorHAnsi" w:hAnsiTheme="majorHAnsi" w:cstheme="majorHAnsi"/>
          <w:sz w:val="24"/>
          <w:szCs w:val="24"/>
        </w:rPr>
        <w:t xml:space="preserve"> </w:t>
      </w:r>
      <w:hyperlink r:id="rId14" w:history="1">
        <w:r w:rsidRPr="00811DA8">
          <w:rPr>
            <w:rStyle w:val="Hyperlink"/>
            <w:rFonts w:asciiTheme="majorHAnsi" w:hAnsiTheme="majorHAnsi" w:cstheme="majorHAnsi"/>
            <w:sz w:val="24"/>
            <w:szCs w:val="24"/>
          </w:rPr>
          <w:t>clerk@uptonandnorthelmsall-pc.gov.uk</w:t>
        </w:r>
      </w:hyperlink>
    </w:p>
    <w:p w14:paraId="07391828" w14:textId="77777777" w:rsidR="00DE2342" w:rsidRPr="00811DA8" w:rsidRDefault="00DE2342" w:rsidP="00DE2342">
      <w:pPr>
        <w:pStyle w:val="NoSpacing"/>
        <w:ind w:left="4320"/>
        <w:rPr>
          <w:rFonts w:asciiTheme="majorHAnsi" w:hAnsiTheme="majorHAnsi" w:cstheme="majorHAnsi"/>
          <w:sz w:val="24"/>
          <w:szCs w:val="24"/>
        </w:rPr>
      </w:pPr>
      <w:r w:rsidRPr="00811DA8">
        <w:rPr>
          <w:rFonts w:asciiTheme="majorHAnsi" w:hAnsiTheme="majorHAnsi" w:cstheme="majorHAnsi"/>
          <w:sz w:val="24"/>
          <w:szCs w:val="24"/>
        </w:rPr>
        <w:t xml:space="preserve">          </w:t>
      </w:r>
      <w:hyperlink r:id="rId15" w:history="1">
        <w:r w:rsidRPr="00811DA8">
          <w:rPr>
            <w:rStyle w:val="Hyperlink"/>
            <w:rFonts w:asciiTheme="majorHAnsi" w:hAnsiTheme="majorHAnsi" w:cstheme="majorHAnsi"/>
            <w:sz w:val="24"/>
            <w:szCs w:val="24"/>
          </w:rPr>
          <w:t>admin@uptonandnorthelmsall-pc.gov.uk</w:t>
        </w:r>
      </w:hyperlink>
      <w:r w:rsidRPr="00811DA8">
        <w:rPr>
          <w:rFonts w:asciiTheme="majorHAnsi" w:hAnsiTheme="majorHAnsi" w:cstheme="majorHAnsi"/>
          <w:sz w:val="24"/>
          <w:szCs w:val="24"/>
        </w:rPr>
        <w:t xml:space="preserve"> </w:t>
      </w:r>
    </w:p>
    <w:p w14:paraId="34606AE8" w14:textId="77777777" w:rsidR="00DE2342" w:rsidRPr="00E658CB" w:rsidRDefault="00DE2342" w:rsidP="00DE2342">
      <w:pPr>
        <w:pStyle w:val="NoSpacing"/>
        <w:rPr>
          <w:color w:val="7030A0"/>
          <w:sz w:val="12"/>
          <w:szCs w:val="12"/>
        </w:rPr>
      </w:pPr>
    </w:p>
    <w:p w14:paraId="71F21ED8" w14:textId="77777777" w:rsidR="00DE2342" w:rsidRPr="003E24B7" w:rsidRDefault="00DE2342" w:rsidP="00DE2342">
      <w:pPr>
        <w:pStyle w:val="NoSpacing"/>
        <w:pBdr>
          <w:top w:val="single" w:sz="18" w:space="1" w:color="6F4B73"/>
        </w:pBdr>
        <w:rPr>
          <w:rFonts w:cstheme="minorHAnsi"/>
          <w:b/>
          <w:sz w:val="24"/>
          <w:szCs w:val="24"/>
        </w:rPr>
      </w:pPr>
    </w:p>
    <w:p w14:paraId="74F2FE7C" w14:textId="3A2CD3D9" w:rsidR="008873CA" w:rsidRPr="00812022" w:rsidRDefault="008873CA" w:rsidP="00DE2342">
      <w:pPr>
        <w:spacing w:after="0" w:line="240" w:lineRule="auto"/>
        <w:jc w:val="center"/>
        <w:rPr>
          <w:rFonts w:asciiTheme="majorHAnsi" w:eastAsia="Times New Roman" w:hAnsiTheme="majorHAnsi" w:cstheme="majorHAnsi"/>
          <w:sz w:val="28"/>
          <w:szCs w:val="28"/>
          <w:lang w:val="en-GB" w:eastAsia="en-GB"/>
        </w:rPr>
      </w:pPr>
      <w:r w:rsidRPr="00812022">
        <w:rPr>
          <w:rFonts w:asciiTheme="majorHAnsi" w:eastAsia="Times New Roman" w:hAnsiTheme="majorHAnsi" w:cstheme="majorHAnsi"/>
          <w:b/>
          <w:bCs/>
          <w:sz w:val="28"/>
          <w:szCs w:val="28"/>
          <w:lang w:val="en-GB" w:eastAsia="en-GB"/>
        </w:rPr>
        <w:t>UPTON &amp; NORTH ELMSALL VILLAGE HALL</w:t>
      </w:r>
    </w:p>
    <w:p w14:paraId="4BEEC09E" w14:textId="485AE618" w:rsidR="006633C0" w:rsidRPr="00812022" w:rsidRDefault="006633C0" w:rsidP="007A64A3">
      <w:pPr>
        <w:spacing w:after="0" w:line="240" w:lineRule="auto"/>
        <w:jc w:val="center"/>
        <w:outlineLvl w:val="1"/>
        <w:rPr>
          <w:rFonts w:asciiTheme="majorHAnsi" w:eastAsia="Times New Roman" w:hAnsiTheme="majorHAnsi" w:cstheme="majorHAnsi"/>
          <w:b/>
          <w:bCs/>
          <w:sz w:val="28"/>
          <w:szCs w:val="28"/>
          <w:lang w:val="en-GB" w:eastAsia="en-GB"/>
        </w:rPr>
      </w:pPr>
      <w:r w:rsidRPr="00812022">
        <w:rPr>
          <w:rFonts w:asciiTheme="majorHAnsi" w:eastAsia="Times New Roman" w:hAnsiTheme="majorHAnsi" w:cstheme="majorHAnsi"/>
          <w:b/>
          <w:bCs/>
          <w:sz w:val="28"/>
          <w:szCs w:val="28"/>
          <w:lang w:val="en-GB" w:eastAsia="en-GB"/>
        </w:rPr>
        <w:t>TERMS AND CONDITIONS OF HIRE</w:t>
      </w:r>
    </w:p>
    <w:p w14:paraId="235409F1" w14:textId="77777777" w:rsidR="008873CA" w:rsidRPr="007865BF" w:rsidRDefault="008873CA" w:rsidP="008873CA">
      <w:pPr>
        <w:pStyle w:val="NoSpacing"/>
        <w:rPr>
          <w:sz w:val="20"/>
          <w:szCs w:val="20"/>
          <w:lang w:val="en-GB" w:eastAsia="en-GB"/>
        </w:rPr>
      </w:pPr>
    </w:p>
    <w:p w14:paraId="6AA1B7F5" w14:textId="7D14B7DA"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By hiring the Village Hall, the Hirer agrees to comply with the following Terms and Conditions.</w:t>
      </w:r>
    </w:p>
    <w:p w14:paraId="5C79A249" w14:textId="77777777" w:rsidR="00E115C7" w:rsidRPr="007865BF" w:rsidRDefault="00E115C7" w:rsidP="004B1194">
      <w:pPr>
        <w:spacing w:after="0" w:line="240" w:lineRule="auto"/>
        <w:rPr>
          <w:rFonts w:asciiTheme="majorHAnsi" w:eastAsia="Times New Roman" w:hAnsiTheme="majorHAnsi" w:cstheme="majorHAnsi"/>
          <w:sz w:val="20"/>
          <w:szCs w:val="20"/>
          <w:lang w:val="en-GB" w:eastAsia="en-GB"/>
        </w:rPr>
      </w:pPr>
    </w:p>
    <w:p w14:paraId="591B10B6"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 Use of the Village Hall</w:t>
      </w:r>
    </w:p>
    <w:p w14:paraId="7E5D06BB"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Village Hall is available for hire for private, community, and business use. All use of the premises is subject to these Terms and Conditions and any additional instructions issued by Upton &amp; North Elmsall Parish Council.</w:t>
      </w:r>
    </w:p>
    <w:p w14:paraId="449B03A4"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6E5D9425"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2. Equal Opportunities</w:t>
      </w:r>
    </w:p>
    <w:p w14:paraId="380CD2EA" w14:textId="77777777" w:rsidR="00B10696"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Village Hall is open to all members of the community and shall not discriminate on the grounds of race, gender, sexual orientation, age, disability, religious belief, political belief, or marital status</w:t>
      </w:r>
      <w:r w:rsidR="00B10696" w:rsidRPr="007865BF">
        <w:rPr>
          <w:rFonts w:asciiTheme="majorHAnsi" w:eastAsia="Times New Roman" w:hAnsiTheme="majorHAnsi" w:cstheme="majorHAnsi"/>
          <w:sz w:val="24"/>
          <w:szCs w:val="24"/>
          <w:lang w:val="en-GB" w:eastAsia="en-GB"/>
        </w:rPr>
        <w:t>.</w:t>
      </w:r>
    </w:p>
    <w:p w14:paraId="11349588"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6731DA86" w14:textId="3B293CC3"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b/>
          <w:bCs/>
          <w:sz w:val="24"/>
          <w:szCs w:val="24"/>
          <w:lang w:val="en-GB" w:eastAsia="en-GB"/>
        </w:rPr>
        <w:t>3. Disclaimer and Liability</w:t>
      </w:r>
    </w:p>
    <w:p w14:paraId="7E9938A4"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All lettings of the Village Hall are made on the understanding that Upton &amp; North Elmsall Parish Council accepts no responsibility or liability for any injury, damage, loss, or theft suffered by any person or property during the period of hire. This includes vehicles parked on the premises.</w:t>
      </w:r>
    </w:p>
    <w:p w14:paraId="571EF658"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By proceeding with the hire, the Hirer accepts full responsibility for the safety and security of all persons attending the event and all property brought onto the premises.</w:t>
      </w:r>
    </w:p>
    <w:p w14:paraId="202EA77E" w14:textId="7C8A07D1"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Parish Council reserves the right to amend these Terms and Conditions at any time without prior notice.</w:t>
      </w:r>
    </w:p>
    <w:p w14:paraId="5D3E7EBD"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38DC4319"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4. Applications and Bookings</w:t>
      </w:r>
    </w:p>
    <w:p w14:paraId="2465F6F9" w14:textId="67F5AA28"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Upton &amp; North Elmsall Parish Council reserves the right to refuse any booking application where it </w:t>
      </w:r>
      <w:r w:rsidR="002F668A" w:rsidRPr="007865BF">
        <w:rPr>
          <w:rFonts w:asciiTheme="majorHAnsi" w:eastAsia="Times New Roman" w:hAnsiTheme="majorHAnsi" w:cstheme="majorHAnsi"/>
          <w:sz w:val="24"/>
          <w:szCs w:val="24"/>
          <w:lang w:val="en-GB" w:eastAsia="en-GB"/>
        </w:rPr>
        <w:t>is deemed</w:t>
      </w:r>
      <w:r w:rsidRPr="007865BF">
        <w:rPr>
          <w:rFonts w:asciiTheme="majorHAnsi" w:eastAsia="Times New Roman" w:hAnsiTheme="majorHAnsi" w:cstheme="majorHAnsi"/>
          <w:sz w:val="24"/>
          <w:szCs w:val="24"/>
          <w:lang w:val="en-GB" w:eastAsia="en-GB"/>
        </w:rPr>
        <w:t xml:space="preserve"> that the proposed use is unsuitable or inappropriate for the premises.</w:t>
      </w:r>
    </w:p>
    <w:p w14:paraId="7418031D"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76C064A1"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5. Hours of Opening</w:t>
      </w:r>
    </w:p>
    <w:p w14:paraId="4DE15AD7" w14:textId="77777777" w:rsidR="006633C0" w:rsidRPr="007865BF" w:rsidRDefault="006633C0" w:rsidP="004B1194">
      <w:pPr>
        <w:numPr>
          <w:ilvl w:val="0"/>
          <w:numId w:val="16"/>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The Village Hall is normally available for use seven days a week between </w:t>
      </w:r>
      <w:r w:rsidRPr="007865BF">
        <w:rPr>
          <w:rFonts w:asciiTheme="majorHAnsi" w:eastAsia="Times New Roman" w:hAnsiTheme="majorHAnsi" w:cstheme="majorHAnsi"/>
          <w:b/>
          <w:bCs/>
          <w:sz w:val="24"/>
          <w:szCs w:val="24"/>
          <w:lang w:val="en-GB" w:eastAsia="en-GB"/>
        </w:rPr>
        <w:t>9:00am and 9:00pm</w:t>
      </w:r>
      <w:r w:rsidRPr="007865BF">
        <w:rPr>
          <w:rFonts w:asciiTheme="majorHAnsi" w:eastAsia="Times New Roman" w:hAnsiTheme="majorHAnsi" w:cstheme="majorHAnsi"/>
          <w:sz w:val="24"/>
          <w:szCs w:val="24"/>
          <w:lang w:val="en-GB" w:eastAsia="en-GB"/>
        </w:rPr>
        <w:t>.</w:t>
      </w:r>
    </w:p>
    <w:p w14:paraId="5966C8BD" w14:textId="77777777" w:rsidR="006633C0" w:rsidRPr="007865BF" w:rsidRDefault="006633C0" w:rsidP="004B1194">
      <w:pPr>
        <w:numPr>
          <w:ilvl w:val="0"/>
          <w:numId w:val="16"/>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Cleaning of the premises may take place during these hours.</w:t>
      </w:r>
    </w:p>
    <w:p w14:paraId="572FE44F" w14:textId="77777777" w:rsidR="006633C0" w:rsidRPr="007865BF" w:rsidRDefault="006633C0" w:rsidP="004B1194">
      <w:pPr>
        <w:numPr>
          <w:ilvl w:val="0"/>
          <w:numId w:val="16"/>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period of hire must include all time required for setting up and clearing away.</w:t>
      </w:r>
    </w:p>
    <w:p w14:paraId="635688E2" w14:textId="12B82598" w:rsidR="006633C0" w:rsidRPr="007865BF" w:rsidRDefault="006633C0" w:rsidP="004B1194">
      <w:pPr>
        <w:numPr>
          <w:ilvl w:val="0"/>
          <w:numId w:val="16"/>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Hirers </w:t>
      </w:r>
      <w:r w:rsidRPr="007865BF">
        <w:rPr>
          <w:rFonts w:asciiTheme="majorHAnsi" w:eastAsia="Times New Roman" w:hAnsiTheme="majorHAnsi" w:cstheme="majorHAnsi"/>
          <w:b/>
          <w:bCs/>
          <w:sz w:val="24"/>
          <w:szCs w:val="24"/>
          <w:lang w:val="en-GB" w:eastAsia="en-GB"/>
        </w:rPr>
        <w:t>may not</w:t>
      </w:r>
      <w:r w:rsidRPr="007865BF">
        <w:rPr>
          <w:rFonts w:asciiTheme="majorHAnsi" w:eastAsia="Times New Roman" w:hAnsiTheme="majorHAnsi" w:cstheme="majorHAnsi"/>
          <w:sz w:val="24"/>
          <w:szCs w:val="24"/>
          <w:lang w:val="en-GB" w:eastAsia="en-GB"/>
        </w:rPr>
        <w:t xml:space="preserve"> access the premises for setup the </w:t>
      </w:r>
      <w:r w:rsidR="00EB3D64" w:rsidRPr="007865BF">
        <w:rPr>
          <w:rFonts w:asciiTheme="majorHAnsi" w:eastAsia="Times New Roman" w:hAnsiTheme="majorHAnsi" w:cstheme="majorHAnsi"/>
          <w:sz w:val="24"/>
          <w:szCs w:val="24"/>
          <w:lang w:val="en-GB" w:eastAsia="en-GB"/>
        </w:rPr>
        <w:t>day/</w:t>
      </w:r>
      <w:r w:rsidRPr="007865BF">
        <w:rPr>
          <w:rFonts w:asciiTheme="majorHAnsi" w:eastAsia="Times New Roman" w:hAnsiTheme="majorHAnsi" w:cstheme="majorHAnsi"/>
          <w:sz w:val="24"/>
          <w:szCs w:val="24"/>
          <w:lang w:val="en-GB" w:eastAsia="en-GB"/>
        </w:rPr>
        <w:t>night before their booking.</w:t>
      </w:r>
    </w:p>
    <w:p w14:paraId="6080EDD3" w14:textId="77777777" w:rsidR="008873CA" w:rsidRPr="007865BF" w:rsidRDefault="006633C0" w:rsidP="004B1194">
      <w:pPr>
        <w:numPr>
          <w:ilvl w:val="0"/>
          <w:numId w:val="16"/>
        </w:numPr>
        <w:spacing w:after="0" w:line="240" w:lineRule="auto"/>
        <w:ind w:left="0" w:firstLine="0"/>
        <w:rPr>
          <w:rFonts w:asciiTheme="majorHAnsi" w:eastAsia="Times New Roman" w:hAnsiTheme="majorHAnsi" w:cstheme="majorHAnsi"/>
          <w:sz w:val="24"/>
          <w:szCs w:val="24"/>
          <w:u w:val="single"/>
          <w:lang w:val="en-GB" w:eastAsia="en-GB"/>
        </w:rPr>
      </w:pPr>
      <w:r w:rsidRPr="007865BF">
        <w:rPr>
          <w:rFonts w:asciiTheme="majorHAnsi" w:eastAsia="Times New Roman" w:hAnsiTheme="majorHAnsi" w:cstheme="majorHAnsi"/>
          <w:sz w:val="24"/>
          <w:szCs w:val="24"/>
          <w:lang w:val="en-GB" w:eastAsia="en-GB"/>
        </w:rPr>
        <w:t xml:space="preserve">Hirers and guests must not arrive more than </w:t>
      </w:r>
      <w:r w:rsidRPr="007865BF">
        <w:rPr>
          <w:rFonts w:asciiTheme="majorHAnsi" w:eastAsia="Times New Roman" w:hAnsiTheme="majorHAnsi" w:cstheme="majorHAnsi"/>
          <w:b/>
          <w:bCs/>
          <w:sz w:val="24"/>
          <w:szCs w:val="24"/>
          <w:lang w:val="en-GB" w:eastAsia="en-GB"/>
        </w:rPr>
        <w:t>15 minutes</w:t>
      </w:r>
      <w:r w:rsidRPr="007865BF">
        <w:rPr>
          <w:rFonts w:asciiTheme="majorHAnsi" w:eastAsia="Times New Roman" w:hAnsiTheme="majorHAnsi" w:cstheme="majorHAnsi"/>
          <w:sz w:val="24"/>
          <w:szCs w:val="24"/>
          <w:lang w:val="en-GB" w:eastAsia="en-GB"/>
        </w:rPr>
        <w:t xml:space="preserve"> before the start of the booking </w:t>
      </w:r>
      <w:r w:rsidRPr="007865BF">
        <w:rPr>
          <w:rFonts w:asciiTheme="majorHAnsi" w:eastAsia="Times New Roman" w:hAnsiTheme="majorHAnsi" w:cstheme="majorHAnsi"/>
          <w:sz w:val="24"/>
          <w:szCs w:val="24"/>
          <w:u w:val="single"/>
          <w:lang w:val="en-GB" w:eastAsia="en-GB"/>
        </w:rPr>
        <w:t>unless</w:t>
      </w:r>
    </w:p>
    <w:p w14:paraId="09CE2C4F" w14:textId="4A3B5035" w:rsidR="006633C0" w:rsidRPr="007865BF" w:rsidRDefault="006633C0" w:rsidP="008873CA">
      <w:pPr>
        <w:spacing w:after="0" w:line="240" w:lineRule="auto"/>
        <w:ind w:firstLine="720"/>
        <w:rPr>
          <w:rFonts w:asciiTheme="majorHAnsi" w:eastAsia="Times New Roman" w:hAnsiTheme="majorHAnsi" w:cstheme="majorHAnsi"/>
          <w:sz w:val="24"/>
          <w:szCs w:val="24"/>
          <w:u w:val="single"/>
          <w:lang w:val="en-GB" w:eastAsia="en-GB"/>
        </w:rPr>
      </w:pPr>
      <w:r w:rsidRPr="007865BF">
        <w:rPr>
          <w:rFonts w:asciiTheme="majorHAnsi" w:eastAsia="Times New Roman" w:hAnsiTheme="majorHAnsi" w:cstheme="majorHAnsi"/>
          <w:sz w:val="24"/>
          <w:szCs w:val="24"/>
          <w:u w:val="single"/>
          <w:lang w:val="en-GB" w:eastAsia="en-GB"/>
        </w:rPr>
        <w:t xml:space="preserve">prior agreement has been </w:t>
      </w:r>
      <w:r w:rsidR="000819D5" w:rsidRPr="007865BF">
        <w:rPr>
          <w:rFonts w:asciiTheme="majorHAnsi" w:eastAsia="Times New Roman" w:hAnsiTheme="majorHAnsi" w:cstheme="majorHAnsi"/>
          <w:sz w:val="24"/>
          <w:szCs w:val="24"/>
          <w:u w:val="single"/>
          <w:lang w:val="en-GB" w:eastAsia="en-GB"/>
        </w:rPr>
        <w:t>made.</w:t>
      </w:r>
    </w:p>
    <w:p w14:paraId="512A95C3" w14:textId="77777777" w:rsidR="008873CA" w:rsidRPr="007865BF" w:rsidRDefault="006633C0" w:rsidP="004B1194">
      <w:pPr>
        <w:numPr>
          <w:ilvl w:val="0"/>
          <w:numId w:val="16"/>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All activities must end at the agreed time. Hirers and guests must vacate the premises promptly</w:t>
      </w:r>
    </w:p>
    <w:p w14:paraId="45867CE2" w14:textId="5C6CB362" w:rsidR="006633C0" w:rsidRPr="007865BF" w:rsidRDefault="006633C0" w:rsidP="008873CA">
      <w:pPr>
        <w:spacing w:after="0" w:line="240" w:lineRule="auto"/>
        <w:ind w:firstLine="72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and quietly at the end of the hire period.</w:t>
      </w:r>
    </w:p>
    <w:p w14:paraId="533DD4DC" w14:textId="77777777" w:rsidR="00811DA8" w:rsidRPr="007865BF" w:rsidRDefault="00811DA8" w:rsidP="00E115C7">
      <w:pPr>
        <w:spacing w:after="0" w:line="240" w:lineRule="auto"/>
        <w:rPr>
          <w:rFonts w:asciiTheme="majorHAnsi" w:eastAsia="Times New Roman" w:hAnsiTheme="majorHAnsi" w:cstheme="majorHAnsi"/>
          <w:sz w:val="24"/>
          <w:szCs w:val="24"/>
          <w:lang w:val="en-GB" w:eastAsia="en-GB"/>
        </w:rPr>
      </w:pPr>
    </w:p>
    <w:p w14:paraId="29EE4826" w14:textId="4901F203" w:rsidR="00B50973"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6. Health and Safety Requirements</w:t>
      </w:r>
    </w:p>
    <w:p w14:paraId="64C12956"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Hirer must comply with all health and safety regulations. In particular:</w:t>
      </w:r>
    </w:p>
    <w:p w14:paraId="615BA2AE" w14:textId="47C0E8AB" w:rsidR="006633C0" w:rsidRPr="007865BF" w:rsidRDefault="006633C0" w:rsidP="004B1194">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Corridors and emergency exits must </w:t>
      </w:r>
      <w:r w:rsidR="007865BF" w:rsidRPr="007865BF">
        <w:rPr>
          <w:rFonts w:asciiTheme="majorHAnsi" w:eastAsia="Times New Roman" w:hAnsiTheme="majorHAnsi" w:cstheme="majorHAnsi"/>
          <w:sz w:val="24"/>
          <w:szCs w:val="24"/>
          <w:lang w:val="en-GB" w:eastAsia="en-GB"/>
        </w:rPr>
        <w:t>always be</w:t>
      </w:r>
      <w:r w:rsidR="00BB5A84" w:rsidRPr="007865BF">
        <w:rPr>
          <w:rFonts w:asciiTheme="majorHAnsi" w:eastAsia="Times New Roman" w:hAnsiTheme="majorHAnsi" w:cstheme="majorHAnsi"/>
          <w:sz w:val="24"/>
          <w:szCs w:val="24"/>
          <w:lang w:val="en-GB" w:eastAsia="en-GB"/>
        </w:rPr>
        <w:t xml:space="preserve"> kept clear</w:t>
      </w:r>
      <w:r w:rsidRPr="007865BF">
        <w:rPr>
          <w:rFonts w:asciiTheme="majorHAnsi" w:eastAsia="Times New Roman" w:hAnsiTheme="majorHAnsi" w:cstheme="majorHAnsi"/>
          <w:sz w:val="24"/>
          <w:szCs w:val="24"/>
          <w:lang w:val="en-GB" w:eastAsia="en-GB"/>
        </w:rPr>
        <w:t>.</w:t>
      </w:r>
    </w:p>
    <w:p w14:paraId="70279433" w14:textId="77777777" w:rsidR="008873CA" w:rsidRPr="007865BF" w:rsidRDefault="006633C0" w:rsidP="004B1194">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Firefighting equipment must remain in its designated location and only be used for its intended</w:t>
      </w:r>
    </w:p>
    <w:p w14:paraId="137CD045" w14:textId="0BB9C0D6" w:rsidR="006633C0" w:rsidRPr="007865BF" w:rsidRDefault="006633C0" w:rsidP="008873CA">
      <w:pPr>
        <w:spacing w:after="0" w:line="240" w:lineRule="auto"/>
        <w:ind w:firstLine="72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purpose.</w:t>
      </w:r>
    </w:p>
    <w:p w14:paraId="364E9F7D" w14:textId="77777777" w:rsidR="006633C0" w:rsidRPr="007865BF" w:rsidRDefault="006633C0" w:rsidP="004B1194">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lastRenderedPageBreak/>
        <w:t>The Fire Brigade must be called immediately in the event of a fire.</w:t>
      </w:r>
    </w:p>
    <w:p w14:paraId="01494FA3" w14:textId="77777777" w:rsidR="006633C0" w:rsidRPr="007865BF" w:rsidRDefault="006633C0" w:rsidP="004B1194">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Highly flammable substances must not be brought into or used anywhere in the building.</w:t>
      </w:r>
    </w:p>
    <w:p w14:paraId="7480CFCB" w14:textId="77777777" w:rsidR="006633C0" w:rsidRPr="007865BF" w:rsidRDefault="006633C0" w:rsidP="004B1194">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No unauthorised heating appliances may be used.</w:t>
      </w:r>
    </w:p>
    <w:p w14:paraId="27567094" w14:textId="77777777" w:rsidR="008873CA" w:rsidRPr="007865BF" w:rsidRDefault="006633C0" w:rsidP="004B1194">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 First Aid box is available in the kitchen</w:t>
      </w:r>
      <w:r w:rsidR="008873CA" w:rsidRPr="007865BF">
        <w:rPr>
          <w:rFonts w:asciiTheme="majorHAnsi" w:eastAsia="Times New Roman" w:hAnsiTheme="majorHAnsi" w:cstheme="majorHAnsi"/>
          <w:sz w:val="24"/>
          <w:szCs w:val="24"/>
          <w:lang w:val="en-GB" w:eastAsia="en-GB"/>
        </w:rPr>
        <w:t>, lobby</w:t>
      </w:r>
      <w:r w:rsidR="004B1194" w:rsidRPr="007865BF">
        <w:rPr>
          <w:rFonts w:asciiTheme="majorHAnsi" w:eastAsia="Times New Roman" w:hAnsiTheme="majorHAnsi" w:cstheme="majorHAnsi"/>
          <w:sz w:val="24"/>
          <w:szCs w:val="24"/>
          <w:lang w:val="en-GB" w:eastAsia="en-GB"/>
        </w:rPr>
        <w:t xml:space="preserve"> and the main hall</w:t>
      </w:r>
      <w:r w:rsidRPr="007865BF">
        <w:rPr>
          <w:rFonts w:asciiTheme="majorHAnsi" w:eastAsia="Times New Roman" w:hAnsiTheme="majorHAnsi" w:cstheme="majorHAnsi"/>
          <w:sz w:val="24"/>
          <w:szCs w:val="24"/>
          <w:lang w:val="en-GB" w:eastAsia="en-GB"/>
        </w:rPr>
        <w:t xml:space="preserve"> and </w:t>
      </w:r>
      <w:r w:rsidR="004B1194" w:rsidRPr="007865BF">
        <w:rPr>
          <w:rFonts w:asciiTheme="majorHAnsi" w:eastAsia="Times New Roman" w:hAnsiTheme="majorHAnsi" w:cstheme="majorHAnsi"/>
          <w:sz w:val="24"/>
          <w:szCs w:val="24"/>
          <w:lang w:val="en-GB" w:eastAsia="en-GB"/>
        </w:rPr>
        <w:t xml:space="preserve">these </w:t>
      </w:r>
      <w:r w:rsidRPr="007865BF">
        <w:rPr>
          <w:rFonts w:asciiTheme="majorHAnsi" w:eastAsia="Times New Roman" w:hAnsiTheme="majorHAnsi" w:cstheme="majorHAnsi"/>
          <w:sz w:val="24"/>
          <w:szCs w:val="24"/>
          <w:lang w:val="en-GB" w:eastAsia="en-GB"/>
        </w:rPr>
        <w:t xml:space="preserve">must </w:t>
      </w:r>
      <w:r w:rsidR="00CD2F1B" w:rsidRPr="007865BF">
        <w:rPr>
          <w:rFonts w:asciiTheme="majorHAnsi" w:eastAsia="Times New Roman" w:hAnsiTheme="majorHAnsi" w:cstheme="majorHAnsi"/>
          <w:sz w:val="24"/>
          <w:szCs w:val="24"/>
          <w:lang w:val="en-GB" w:eastAsia="en-GB"/>
        </w:rPr>
        <w:t>always be</w:t>
      </w:r>
    </w:p>
    <w:p w14:paraId="0CB085B4" w14:textId="64157C82" w:rsidR="006633C0" w:rsidRPr="007865BF" w:rsidRDefault="00CD2F1B" w:rsidP="008873CA">
      <w:pPr>
        <w:spacing w:after="0" w:line="240" w:lineRule="auto"/>
        <w:ind w:firstLine="72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accessible</w:t>
      </w:r>
      <w:r w:rsidR="006633C0" w:rsidRPr="007865BF">
        <w:rPr>
          <w:rFonts w:asciiTheme="majorHAnsi" w:eastAsia="Times New Roman" w:hAnsiTheme="majorHAnsi" w:cstheme="majorHAnsi"/>
          <w:sz w:val="24"/>
          <w:szCs w:val="24"/>
          <w:lang w:val="en-GB" w:eastAsia="en-GB"/>
        </w:rPr>
        <w:t>.</w:t>
      </w:r>
    </w:p>
    <w:p w14:paraId="67D2FDFD" w14:textId="77777777" w:rsidR="008873CA" w:rsidRPr="007865BF" w:rsidRDefault="006633C0" w:rsidP="004B1194">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All electrical equipment brought onto the premises must comply with the Electricity at Work</w:t>
      </w:r>
    </w:p>
    <w:p w14:paraId="6B05F912" w14:textId="36013820" w:rsidR="006633C0" w:rsidRPr="007865BF" w:rsidRDefault="006633C0" w:rsidP="008873CA">
      <w:pPr>
        <w:spacing w:after="0" w:line="240" w:lineRule="auto"/>
        <w:ind w:firstLine="72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Regulations and be subject to current PAT testing.</w:t>
      </w:r>
    </w:p>
    <w:p w14:paraId="402988AE" w14:textId="37E9264E" w:rsidR="00E115C7" w:rsidRPr="007865BF" w:rsidRDefault="00803EAD" w:rsidP="00803EAD">
      <w:pPr>
        <w:numPr>
          <w:ilvl w:val="0"/>
          <w:numId w:val="17"/>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Smoking and Vaping are not permitted inside the building.</w:t>
      </w:r>
    </w:p>
    <w:p w14:paraId="7757765F" w14:textId="77777777" w:rsidR="00803EAD" w:rsidRPr="007865BF" w:rsidRDefault="00803EAD" w:rsidP="00803EAD">
      <w:pPr>
        <w:spacing w:after="0" w:line="240" w:lineRule="auto"/>
        <w:rPr>
          <w:rFonts w:asciiTheme="majorHAnsi" w:eastAsia="Times New Roman" w:hAnsiTheme="majorHAnsi" w:cstheme="majorHAnsi"/>
          <w:sz w:val="24"/>
          <w:szCs w:val="24"/>
          <w:lang w:val="en-GB" w:eastAsia="en-GB"/>
        </w:rPr>
      </w:pPr>
    </w:p>
    <w:p w14:paraId="76FD4D53"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7. Bouncy Castles</w:t>
      </w:r>
    </w:p>
    <w:p w14:paraId="41B241E7" w14:textId="6E971820" w:rsidR="00E115C7"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Bouncy castles may be used </w:t>
      </w:r>
      <w:r w:rsidRPr="007865BF">
        <w:rPr>
          <w:rFonts w:asciiTheme="majorHAnsi" w:eastAsia="Times New Roman" w:hAnsiTheme="majorHAnsi" w:cstheme="majorHAnsi"/>
          <w:b/>
          <w:bCs/>
          <w:sz w:val="24"/>
          <w:szCs w:val="24"/>
          <w:lang w:val="en-GB" w:eastAsia="en-GB"/>
        </w:rPr>
        <w:t>entirely at the Hirer’s own risk</w:t>
      </w:r>
      <w:r w:rsidRPr="007865BF">
        <w:rPr>
          <w:rFonts w:asciiTheme="majorHAnsi" w:eastAsia="Times New Roman" w:hAnsiTheme="majorHAnsi" w:cstheme="majorHAnsi"/>
          <w:sz w:val="24"/>
          <w:szCs w:val="24"/>
          <w:lang w:val="en-GB" w:eastAsia="en-GB"/>
        </w:rPr>
        <w:t xml:space="preserve">, provided appropriate safety measures are in place. Due to ceiling height restrictions, the </w:t>
      </w:r>
      <w:r w:rsidRPr="007865BF">
        <w:rPr>
          <w:rFonts w:asciiTheme="majorHAnsi" w:eastAsia="Times New Roman" w:hAnsiTheme="majorHAnsi" w:cstheme="majorHAnsi"/>
          <w:b/>
          <w:bCs/>
          <w:sz w:val="24"/>
          <w:szCs w:val="24"/>
          <w:lang w:val="en-GB" w:eastAsia="en-GB"/>
        </w:rPr>
        <w:t xml:space="preserve">maximum permitted height indoors is </w:t>
      </w:r>
      <w:r w:rsidR="00F6460C" w:rsidRPr="007865BF">
        <w:rPr>
          <w:rFonts w:asciiTheme="majorHAnsi" w:eastAsia="Times New Roman" w:hAnsiTheme="majorHAnsi" w:cstheme="majorHAnsi"/>
          <w:b/>
          <w:bCs/>
          <w:sz w:val="24"/>
          <w:szCs w:val="24"/>
          <w:lang w:val="en-GB" w:eastAsia="en-GB"/>
        </w:rPr>
        <w:t>seven</w:t>
      </w:r>
      <w:r w:rsidRPr="007865BF">
        <w:rPr>
          <w:rFonts w:asciiTheme="majorHAnsi" w:eastAsia="Times New Roman" w:hAnsiTheme="majorHAnsi" w:cstheme="majorHAnsi"/>
          <w:b/>
          <w:bCs/>
          <w:sz w:val="24"/>
          <w:szCs w:val="24"/>
          <w:lang w:val="en-GB" w:eastAsia="en-GB"/>
        </w:rPr>
        <w:t xml:space="preserve"> feet</w:t>
      </w:r>
      <w:r w:rsidRPr="007865BF">
        <w:rPr>
          <w:rFonts w:asciiTheme="majorHAnsi" w:eastAsia="Times New Roman" w:hAnsiTheme="majorHAnsi" w:cstheme="majorHAnsi"/>
          <w:sz w:val="24"/>
          <w:szCs w:val="24"/>
          <w:lang w:val="en-GB" w:eastAsia="en-GB"/>
        </w:rPr>
        <w:t>.</w:t>
      </w:r>
    </w:p>
    <w:p w14:paraId="5DE5B059"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3048A9BD"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8. Use of Facilities and Equipment</w:t>
      </w:r>
    </w:p>
    <w:p w14:paraId="3985D7A6" w14:textId="7B0EC8CF"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Hirers will be given instructions on the safe use of the facilitie</w:t>
      </w:r>
      <w:r w:rsidR="00D64A60" w:rsidRPr="007865BF">
        <w:rPr>
          <w:rFonts w:asciiTheme="majorHAnsi" w:eastAsia="Times New Roman" w:hAnsiTheme="majorHAnsi" w:cstheme="majorHAnsi"/>
          <w:sz w:val="24"/>
          <w:szCs w:val="24"/>
          <w:lang w:val="en-GB" w:eastAsia="en-GB"/>
        </w:rPr>
        <w:t>s and equipment</w:t>
      </w:r>
      <w:r w:rsidRPr="007865BF">
        <w:rPr>
          <w:rFonts w:asciiTheme="majorHAnsi" w:eastAsia="Times New Roman" w:hAnsiTheme="majorHAnsi" w:cstheme="majorHAnsi"/>
          <w:sz w:val="24"/>
          <w:szCs w:val="24"/>
          <w:lang w:val="en-GB" w:eastAsia="en-GB"/>
        </w:rPr>
        <w:t>. It is the Hirer’s responsibility to ensure they understand and comply with these instructions. All equipment must be used only for its intended purpose and returned to its designated storage location at the end of the hire.</w:t>
      </w:r>
    </w:p>
    <w:p w14:paraId="74D29493"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5EAEC94E"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9. Responsible Hirer</w:t>
      </w:r>
    </w:p>
    <w:p w14:paraId="726D928B"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Hirer must be a responsible adult and must remain on the premises for the duration of the hire.</w:t>
      </w:r>
    </w:p>
    <w:p w14:paraId="709BDD32"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Hirer is responsible for:</w:t>
      </w:r>
    </w:p>
    <w:p w14:paraId="2681CD5D" w14:textId="77777777" w:rsidR="006633C0" w:rsidRPr="007865BF" w:rsidRDefault="006633C0" w:rsidP="004B1194">
      <w:pPr>
        <w:numPr>
          <w:ilvl w:val="0"/>
          <w:numId w:val="18"/>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Compliance with all Health and Safety, Fire Safety, No Smoking and No Vaping regulations.</w:t>
      </w:r>
    </w:p>
    <w:p w14:paraId="5CB0288C" w14:textId="77777777" w:rsidR="006633C0" w:rsidRPr="007865BF" w:rsidRDefault="006633C0" w:rsidP="004B1194">
      <w:pPr>
        <w:numPr>
          <w:ilvl w:val="0"/>
          <w:numId w:val="18"/>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Ensuring alcohol (if permitted) is consumed responsibly.</w:t>
      </w:r>
    </w:p>
    <w:p w14:paraId="2B110A8D" w14:textId="2CEED075" w:rsidR="006633C0" w:rsidRPr="007865BF" w:rsidRDefault="006633C0" w:rsidP="004B1194">
      <w:pPr>
        <w:numPr>
          <w:ilvl w:val="0"/>
          <w:numId w:val="18"/>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Making all attendees aware of the locations of fire exits, fire extinguishers, and fire alarm points.</w:t>
      </w:r>
    </w:p>
    <w:p w14:paraId="0697EAC2" w14:textId="77777777" w:rsidR="00803EAD" w:rsidRPr="007865BF" w:rsidRDefault="00803EAD" w:rsidP="00803EAD">
      <w:pPr>
        <w:spacing w:after="0" w:line="240" w:lineRule="auto"/>
        <w:rPr>
          <w:rFonts w:asciiTheme="majorHAnsi" w:eastAsia="Times New Roman" w:hAnsiTheme="majorHAnsi" w:cstheme="majorHAnsi"/>
          <w:sz w:val="24"/>
          <w:szCs w:val="24"/>
          <w:lang w:eastAsia="en-GB"/>
        </w:rPr>
      </w:pPr>
    </w:p>
    <w:p w14:paraId="5692AF32" w14:textId="2354E508" w:rsidR="00803EAD" w:rsidRPr="007865BF" w:rsidRDefault="00803EAD" w:rsidP="00803EAD">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eastAsia="en-GB"/>
        </w:rPr>
        <w:t xml:space="preserve">Where activities involve children or vulnerable </w:t>
      </w:r>
      <w:proofErr w:type="gramStart"/>
      <w:r w:rsidRPr="007865BF">
        <w:rPr>
          <w:rFonts w:asciiTheme="majorHAnsi" w:eastAsia="Times New Roman" w:hAnsiTheme="majorHAnsi" w:cstheme="majorHAnsi"/>
          <w:sz w:val="24"/>
          <w:szCs w:val="24"/>
          <w:lang w:eastAsia="en-GB"/>
        </w:rPr>
        <w:t>persons</w:t>
      </w:r>
      <w:proofErr w:type="gramEnd"/>
      <w:r w:rsidRPr="007865BF">
        <w:rPr>
          <w:rFonts w:asciiTheme="majorHAnsi" w:eastAsia="Times New Roman" w:hAnsiTheme="majorHAnsi" w:cstheme="majorHAnsi"/>
          <w:sz w:val="24"/>
          <w:szCs w:val="24"/>
          <w:lang w:eastAsia="en-GB"/>
        </w:rPr>
        <w:t>, the Hirer is also responsible for ensuring appropriate safeguarding measures are in place.</w:t>
      </w:r>
    </w:p>
    <w:p w14:paraId="43824D83" w14:textId="77777777" w:rsidR="00E115C7" w:rsidRPr="007865BF" w:rsidRDefault="00E115C7" w:rsidP="00E115C7">
      <w:pPr>
        <w:spacing w:after="0" w:line="240" w:lineRule="auto"/>
        <w:rPr>
          <w:rFonts w:asciiTheme="majorHAnsi" w:eastAsia="Times New Roman" w:hAnsiTheme="majorHAnsi" w:cstheme="majorHAnsi"/>
          <w:sz w:val="24"/>
          <w:szCs w:val="24"/>
          <w:lang w:val="en-GB" w:eastAsia="en-GB"/>
        </w:rPr>
      </w:pPr>
    </w:p>
    <w:p w14:paraId="47CE823D"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10. Access and Keys</w:t>
      </w:r>
    </w:p>
    <w:p w14:paraId="58672EC8" w14:textId="496EB880"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Weekend </w:t>
      </w:r>
      <w:r w:rsidR="004B1194" w:rsidRPr="007865BF">
        <w:rPr>
          <w:rFonts w:asciiTheme="majorHAnsi" w:eastAsia="Times New Roman" w:hAnsiTheme="majorHAnsi" w:cstheme="majorHAnsi"/>
          <w:sz w:val="24"/>
          <w:szCs w:val="24"/>
          <w:lang w:val="en-GB" w:eastAsia="en-GB"/>
        </w:rPr>
        <w:t xml:space="preserve">and evening </w:t>
      </w:r>
      <w:r w:rsidRPr="007865BF">
        <w:rPr>
          <w:rFonts w:asciiTheme="majorHAnsi" w:eastAsia="Times New Roman" w:hAnsiTheme="majorHAnsi" w:cstheme="majorHAnsi"/>
          <w:sz w:val="24"/>
          <w:szCs w:val="24"/>
          <w:lang w:val="en-GB" w:eastAsia="en-GB"/>
        </w:rPr>
        <w:t>hire of the Village Hall requires the use of a key.</w:t>
      </w:r>
    </w:p>
    <w:p w14:paraId="097A9995" w14:textId="77777777" w:rsidR="006633C0" w:rsidRPr="007865BF" w:rsidRDefault="006633C0" w:rsidP="004B1194">
      <w:pPr>
        <w:numPr>
          <w:ilvl w:val="0"/>
          <w:numId w:val="19"/>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Hirer is responsible for collecting, safeguarding, and returning the key.</w:t>
      </w:r>
    </w:p>
    <w:p w14:paraId="3F62A453" w14:textId="77777777" w:rsidR="006633C0" w:rsidRPr="007865BF" w:rsidRDefault="006633C0" w:rsidP="004B1194">
      <w:pPr>
        <w:numPr>
          <w:ilvl w:val="0"/>
          <w:numId w:val="19"/>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Hirer is responsible for opening, securing, and locking the building during the hire period.</w:t>
      </w:r>
    </w:p>
    <w:p w14:paraId="6D6DA77D" w14:textId="77777777" w:rsidR="00E115C7" w:rsidRPr="007865BF" w:rsidRDefault="00E115C7" w:rsidP="00E115C7">
      <w:pPr>
        <w:spacing w:after="0" w:line="240" w:lineRule="auto"/>
        <w:rPr>
          <w:rFonts w:asciiTheme="majorHAnsi" w:eastAsia="Times New Roman" w:hAnsiTheme="majorHAnsi" w:cstheme="majorHAnsi"/>
          <w:sz w:val="24"/>
          <w:szCs w:val="24"/>
          <w:lang w:val="en-GB" w:eastAsia="en-GB"/>
        </w:rPr>
      </w:pPr>
    </w:p>
    <w:p w14:paraId="4646CAA9" w14:textId="77777777" w:rsidR="006633C0" w:rsidRPr="007865BF" w:rsidRDefault="006633C0" w:rsidP="004B1194">
      <w:pPr>
        <w:spacing w:after="0" w:line="240" w:lineRule="auto"/>
        <w:outlineLvl w:val="3"/>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Key Collection</w:t>
      </w:r>
    </w:p>
    <w:p w14:paraId="24D98C50" w14:textId="77777777" w:rsidR="006633C0" w:rsidRPr="007865BF" w:rsidRDefault="006633C0" w:rsidP="004B1194">
      <w:pPr>
        <w:numPr>
          <w:ilvl w:val="0"/>
          <w:numId w:val="20"/>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Keys may be collected on the </w:t>
      </w:r>
      <w:r w:rsidRPr="007865BF">
        <w:rPr>
          <w:rFonts w:asciiTheme="majorHAnsi" w:eastAsia="Times New Roman" w:hAnsiTheme="majorHAnsi" w:cstheme="majorHAnsi"/>
          <w:b/>
          <w:bCs/>
          <w:sz w:val="24"/>
          <w:szCs w:val="24"/>
          <w:lang w:val="en-GB" w:eastAsia="en-GB"/>
        </w:rPr>
        <w:t>Friday prior to the booking</w:t>
      </w:r>
      <w:r w:rsidRPr="007865BF">
        <w:rPr>
          <w:rFonts w:asciiTheme="majorHAnsi" w:eastAsia="Times New Roman" w:hAnsiTheme="majorHAnsi" w:cstheme="majorHAnsi"/>
          <w:sz w:val="24"/>
          <w:szCs w:val="24"/>
          <w:lang w:val="en-GB" w:eastAsia="en-GB"/>
        </w:rPr>
        <w:t>.</w:t>
      </w:r>
    </w:p>
    <w:p w14:paraId="03A0274C" w14:textId="6D06D986" w:rsidR="007D674D" w:rsidRPr="007865BF" w:rsidRDefault="006633C0" w:rsidP="00E115C7">
      <w:pPr>
        <w:numPr>
          <w:ilvl w:val="0"/>
          <w:numId w:val="20"/>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Keys must be collected no later than </w:t>
      </w:r>
      <w:r w:rsidRPr="007865BF">
        <w:rPr>
          <w:rFonts w:asciiTheme="majorHAnsi" w:eastAsia="Times New Roman" w:hAnsiTheme="majorHAnsi" w:cstheme="majorHAnsi"/>
          <w:b/>
          <w:bCs/>
          <w:sz w:val="24"/>
          <w:szCs w:val="24"/>
          <w:lang w:val="en-GB" w:eastAsia="en-GB"/>
        </w:rPr>
        <w:t>2:30pm</w:t>
      </w:r>
      <w:r w:rsidRPr="007865BF">
        <w:rPr>
          <w:rFonts w:asciiTheme="majorHAnsi" w:eastAsia="Times New Roman" w:hAnsiTheme="majorHAnsi" w:cstheme="majorHAnsi"/>
          <w:sz w:val="24"/>
          <w:szCs w:val="24"/>
          <w:lang w:val="en-GB" w:eastAsia="en-GB"/>
        </w:rPr>
        <w:t>.</w:t>
      </w:r>
    </w:p>
    <w:p w14:paraId="754906FB" w14:textId="77777777" w:rsidR="00811DA8" w:rsidRPr="007865BF" w:rsidRDefault="00811DA8" w:rsidP="00E115C7">
      <w:pPr>
        <w:spacing w:after="0" w:line="240" w:lineRule="auto"/>
        <w:rPr>
          <w:rFonts w:asciiTheme="majorHAnsi" w:eastAsia="Times New Roman" w:hAnsiTheme="majorHAnsi" w:cstheme="majorHAnsi"/>
          <w:sz w:val="24"/>
          <w:szCs w:val="24"/>
          <w:lang w:val="en-GB" w:eastAsia="en-GB"/>
        </w:rPr>
      </w:pPr>
    </w:p>
    <w:p w14:paraId="206F2D40" w14:textId="52F106D6" w:rsidR="006633C0" w:rsidRPr="007865BF" w:rsidRDefault="006633C0" w:rsidP="004B1194">
      <w:pPr>
        <w:spacing w:after="0" w:line="240" w:lineRule="auto"/>
        <w:outlineLvl w:val="3"/>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Key Deposit</w:t>
      </w:r>
    </w:p>
    <w:p w14:paraId="6427AFDD" w14:textId="77777777" w:rsidR="006633C0" w:rsidRPr="007865BF" w:rsidRDefault="006633C0" w:rsidP="004B1194">
      <w:pPr>
        <w:numPr>
          <w:ilvl w:val="0"/>
          <w:numId w:val="21"/>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A refundable </w:t>
      </w:r>
      <w:r w:rsidRPr="007865BF">
        <w:rPr>
          <w:rFonts w:asciiTheme="majorHAnsi" w:eastAsia="Times New Roman" w:hAnsiTheme="majorHAnsi" w:cstheme="majorHAnsi"/>
          <w:b/>
          <w:bCs/>
          <w:sz w:val="24"/>
          <w:szCs w:val="24"/>
          <w:lang w:val="en-GB" w:eastAsia="en-GB"/>
        </w:rPr>
        <w:t>£25.00 cash deposit</w:t>
      </w:r>
      <w:r w:rsidRPr="007865BF">
        <w:rPr>
          <w:rFonts w:asciiTheme="majorHAnsi" w:eastAsia="Times New Roman" w:hAnsiTheme="majorHAnsi" w:cstheme="majorHAnsi"/>
          <w:sz w:val="24"/>
          <w:szCs w:val="24"/>
          <w:lang w:val="en-GB" w:eastAsia="en-GB"/>
        </w:rPr>
        <w:t xml:space="preserve"> is required upon key collection.</w:t>
      </w:r>
    </w:p>
    <w:p w14:paraId="6A103D9F" w14:textId="77777777" w:rsidR="007A64A3" w:rsidRPr="007865BF" w:rsidRDefault="006633C0" w:rsidP="004B1194">
      <w:pPr>
        <w:numPr>
          <w:ilvl w:val="0"/>
          <w:numId w:val="21"/>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The deposit will be returned when the key is safely returned by </w:t>
      </w:r>
      <w:r w:rsidRPr="007865BF">
        <w:rPr>
          <w:rFonts w:asciiTheme="majorHAnsi" w:eastAsia="Times New Roman" w:hAnsiTheme="majorHAnsi" w:cstheme="majorHAnsi"/>
          <w:b/>
          <w:bCs/>
          <w:sz w:val="24"/>
          <w:szCs w:val="24"/>
          <w:lang w:val="en-GB" w:eastAsia="en-GB"/>
        </w:rPr>
        <w:t>4:00pm on the Monday</w:t>
      </w:r>
    </w:p>
    <w:p w14:paraId="6192934A" w14:textId="308E9C60" w:rsidR="006633C0" w:rsidRPr="007865BF" w:rsidRDefault="006633C0" w:rsidP="007A64A3">
      <w:pPr>
        <w:spacing w:after="0" w:line="240" w:lineRule="auto"/>
        <w:ind w:firstLine="72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b/>
          <w:bCs/>
          <w:sz w:val="24"/>
          <w:szCs w:val="24"/>
          <w:lang w:val="en-GB" w:eastAsia="en-GB"/>
        </w:rPr>
        <w:t>following the booking</w:t>
      </w:r>
      <w:r w:rsidRPr="007865BF">
        <w:rPr>
          <w:rFonts w:asciiTheme="majorHAnsi" w:eastAsia="Times New Roman" w:hAnsiTheme="majorHAnsi" w:cstheme="majorHAnsi"/>
          <w:sz w:val="24"/>
          <w:szCs w:val="24"/>
          <w:lang w:val="en-GB" w:eastAsia="en-GB"/>
        </w:rPr>
        <w:t>, provided no issues have arisen.</w:t>
      </w:r>
    </w:p>
    <w:p w14:paraId="39C81D6D" w14:textId="77777777" w:rsidR="00D571CD" w:rsidRPr="007865BF" w:rsidRDefault="00D571CD" w:rsidP="00E115C7">
      <w:pPr>
        <w:spacing w:after="0" w:line="240" w:lineRule="auto"/>
        <w:rPr>
          <w:rFonts w:asciiTheme="majorHAnsi" w:eastAsia="Times New Roman" w:hAnsiTheme="majorHAnsi" w:cstheme="majorHAnsi"/>
          <w:sz w:val="24"/>
          <w:szCs w:val="24"/>
          <w:lang w:val="en-GB" w:eastAsia="en-GB"/>
        </w:rPr>
      </w:pPr>
    </w:p>
    <w:p w14:paraId="4F296E33" w14:textId="77777777" w:rsidR="006633C0" w:rsidRPr="007865BF" w:rsidRDefault="006633C0" w:rsidP="004B1194">
      <w:pPr>
        <w:spacing w:after="0" w:line="240" w:lineRule="auto"/>
        <w:outlineLvl w:val="3"/>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Lost Keys</w:t>
      </w:r>
    </w:p>
    <w:p w14:paraId="03757F16" w14:textId="77777777" w:rsidR="006633C0" w:rsidRPr="007865BF" w:rsidRDefault="006633C0" w:rsidP="004B1194">
      <w:pPr>
        <w:numPr>
          <w:ilvl w:val="0"/>
          <w:numId w:val="22"/>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If a key is lost, the deposit will be retained.</w:t>
      </w:r>
    </w:p>
    <w:p w14:paraId="248687D6" w14:textId="2F74907E" w:rsidR="00E115C7" w:rsidRPr="007865BF" w:rsidRDefault="006633C0" w:rsidP="00E115C7">
      <w:pPr>
        <w:numPr>
          <w:ilvl w:val="0"/>
          <w:numId w:val="22"/>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Additional charges may be applied to cover replacement or security costs.</w:t>
      </w:r>
    </w:p>
    <w:p w14:paraId="3EB4704F" w14:textId="77777777" w:rsidR="007865BF" w:rsidRPr="007865BF" w:rsidRDefault="007865BF" w:rsidP="007865BF">
      <w:pPr>
        <w:spacing w:after="0" w:line="240" w:lineRule="auto"/>
        <w:rPr>
          <w:rFonts w:asciiTheme="majorHAnsi" w:eastAsia="Times New Roman" w:hAnsiTheme="majorHAnsi" w:cstheme="majorHAnsi"/>
          <w:sz w:val="24"/>
          <w:szCs w:val="24"/>
          <w:lang w:val="en-GB" w:eastAsia="en-GB"/>
        </w:rPr>
      </w:pPr>
    </w:p>
    <w:p w14:paraId="537CBE6E"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11. Cleaning and Condition of the Hall</w:t>
      </w:r>
    </w:p>
    <w:p w14:paraId="73A26F34"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Hirer must leave the Village Hall in a clean and tidy condition, as found on arrival.</w:t>
      </w:r>
    </w:p>
    <w:p w14:paraId="399117A6" w14:textId="782C7202" w:rsidR="006633C0" w:rsidRPr="007865BF" w:rsidRDefault="006633C0" w:rsidP="004B1194">
      <w:pPr>
        <w:numPr>
          <w:ilvl w:val="0"/>
          <w:numId w:val="23"/>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lastRenderedPageBreak/>
        <w:t xml:space="preserve">Black refuse sacks </w:t>
      </w:r>
      <w:r w:rsidR="0080118E" w:rsidRPr="007865BF">
        <w:rPr>
          <w:rFonts w:asciiTheme="majorHAnsi" w:eastAsia="Times New Roman" w:hAnsiTheme="majorHAnsi" w:cstheme="majorHAnsi"/>
          <w:sz w:val="24"/>
          <w:szCs w:val="24"/>
          <w:lang w:val="en-GB" w:eastAsia="en-GB"/>
        </w:rPr>
        <w:t>will be</w:t>
      </w:r>
      <w:r w:rsidRPr="007865BF">
        <w:rPr>
          <w:rFonts w:asciiTheme="majorHAnsi" w:eastAsia="Times New Roman" w:hAnsiTheme="majorHAnsi" w:cstheme="majorHAnsi"/>
          <w:sz w:val="24"/>
          <w:szCs w:val="24"/>
          <w:lang w:val="en-GB" w:eastAsia="en-GB"/>
        </w:rPr>
        <w:t xml:space="preserve"> provided in the kitchen for rubbish removal.</w:t>
      </w:r>
    </w:p>
    <w:p w14:paraId="0E451B97" w14:textId="77777777" w:rsidR="006633C0" w:rsidRPr="007865BF" w:rsidRDefault="006633C0" w:rsidP="004B1194">
      <w:pPr>
        <w:numPr>
          <w:ilvl w:val="0"/>
          <w:numId w:val="23"/>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Cleaning equipment, including brushes, mop, and bucket, is available in the kitchen if required.</w:t>
      </w:r>
    </w:p>
    <w:p w14:paraId="1488BA19" w14:textId="77777777" w:rsidR="00E115C7" w:rsidRPr="007865BF" w:rsidRDefault="00E115C7" w:rsidP="00E115C7">
      <w:pPr>
        <w:spacing w:after="0" w:line="240" w:lineRule="auto"/>
        <w:rPr>
          <w:rFonts w:asciiTheme="majorHAnsi" w:eastAsia="Times New Roman" w:hAnsiTheme="majorHAnsi" w:cstheme="majorHAnsi"/>
          <w:sz w:val="24"/>
          <w:szCs w:val="24"/>
          <w:lang w:val="en-GB" w:eastAsia="en-GB"/>
        </w:rPr>
      </w:pPr>
    </w:p>
    <w:p w14:paraId="15F10A86"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12. Security of the Premises</w:t>
      </w:r>
    </w:p>
    <w:p w14:paraId="7B64CEA3" w14:textId="5E3F0C38"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Hirer is fully responsible for the security of the Village Hall during the hire period and must ensure the building is properly secured upon departure.</w:t>
      </w:r>
    </w:p>
    <w:p w14:paraId="75A8ABA0"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65582E36"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13. Accidents</w:t>
      </w:r>
    </w:p>
    <w:p w14:paraId="02F1B625"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All accidents must be recorded in the accident book and reported to Upton &amp; North Elmsall Parish Council.</w:t>
      </w:r>
    </w:p>
    <w:p w14:paraId="70576870"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35667B4F"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14. Loss of Property</w:t>
      </w:r>
    </w:p>
    <w:p w14:paraId="379567A2"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The Parish Council accepts no responsibility for damage to, loss of, or theft of personal property or belongings brought onto the premises.</w:t>
      </w:r>
    </w:p>
    <w:p w14:paraId="314518C0" w14:textId="77777777" w:rsidR="00E115C7" w:rsidRPr="007865BF" w:rsidRDefault="00E115C7" w:rsidP="004B1194">
      <w:pPr>
        <w:spacing w:after="0" w:line="240" w:lineRule="auto"/>
        <w:rPr>
          <w:rFonts w:asciiTheme="majorHAnsi" w:eastAsia="Times New Roman" w:hAnsiTheme="majorHAnsi" w:cstheme="majorHAnsi"/>
          <w:sz w:val="24"/>
          <w:szCs w:val="24"/>
          <w:lang w:val="en-GB" w:eastAsia="en-GB"/>
        </w:rPr>
      </w:pPr>
    </w:p>
    <w:p w14:paraId="41501E6B" w14:textId="77777777"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15. Cancellations</w:t>
      </w:r>
    </w:p>
    <w:p w14:paraId="39ABBF45" w14:textId="77777777" w:rsidR="006633C0" w:rsidRPr="007865BF" w:rsidRDefault="006633C0" w:rsidP="004B1194">
      <w:pPr>
        <w:numPr>
          <w:ilvl w:val="0"/>
          <w:numId w:val="24"/>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Cancellation of a booking is the responsibility of the Hirer.</w:t>
      </w:r>
    </w:p>
    <w:p w14:paraId="477C5858" w14:textId="77777777" w:rsidR="008873CA" w:rsidRPr="007865BF" w:rsidRDefault="006633C0" w:rsidP="004B1194">
      <w:pPr>
        <w:numPr>
          <w:ilvl w:val="0"/>
          <w:numId w:val="24"/>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 xml:space="preserve">As much notice as possible should be given; however, a minimum of </w:t>
      </w:r>
      <w:r w:rsidRPr="007865BF">
        <w:rPr>
          <w:rFonts w:asciiTheme="majorHAnsi" w:eastAsia="Times New Roman" w:hAnsiTheme="majorHAnsi" w:cstheme="majorHAnsi"/>
          <w:b/>
          <w:bCs/>
          <w:sz w:val="24"/>
          <w:szCs w:val="24"/>
          <w:lang w:val="en-GB" w:eastAsia="en-GB"/>
        </w:rPr>
        <w:t>12:00pm on the last</w:t>
      </w:r>
    </w:p>
    <w:p w14:paraId="0CD59016" w14:textId="12544F8C" w:rsidR="006633C0" w:rsidRPr="007865BF" w:rsidRDefault="006633C0" w:rsidP="008873CA">
      <w:pPr>
        <w:spacing w:after="0" w:line="240" w:lineRule="auto"/>
        <w:ind w:firstLine="72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b/>
          <w:bCs/>
          <w:sz w:val="24"/>
          <w:szCs w:val="24"/>
          <w:lang w:val="en-GB" w:eastAsia="en-GB"/>
        </w:rPr>
        <w:t>working day before the booking</w:t>
      </w:r>
      <w:r w:rsidRPr="007865BF">
        <w:rPr>
          <w:rFonts w:asciiTheme="majorHAnsi" w:eastAsia="Times New Roman" w:hAnsiTheme="majorHAnsi" w:cstheme="majorHAnsi"/>
          <w:sz w:val="24"/>
          <w:szCs w:val="24"/>
          <w:lang w:val="en-GB" w:eastAsia="en-GB"/>
        </w:rPr>
        <w:t xml:space="preserve"> is required.</w:t>
      </w:r>
    </w:p>
    <w:p w14:paraId="4E5CC288" w14:textId="1AD954D9" w:rsidR="00543CE6" w:rsidRPr="007865BF" w:rsidRDefault="006633C0" w:rsidP="004B1194">
      <w:pPr>
        <w:numPr>
          <w:ilvl w:val="0"/>
          <w:numId w:val="24"/>
        </w:numPr>
        <w:spacing w:after="0" w:line="240" w:lineRule="auto"/>
        <w:ind w:left="0" w:firstLine="0"/>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Refunds will only be issued to paying Hirers who comply with the cancellation policy.</w:t>
      </w:r>
    </w:p>
    <w:p w14:paraId="40BA2EB1" w14:textId="77777777" w:rsidR="00E115C7" w:rsidRPr="007865BF" w:rsidRDefault="00E115C7" w:rsidP="00E115C7">
      <w:pPr>
        <w:spacing w:after="0" w:line="240" w:lineRule="auto"/>
        <w:rPr>
          <w:rFonts w:asciiTheme="majorHAnsi" w:eastAsia="Times New Roman" w:hAnsiTheme="majorHAnsi" w:cstheme="majorHAnsi"/>
          <w:sz w:val="24"/>
          <w:szCs w:val="24"/>
          <w:lang w:val="en-GB" w:eastAsia="en-GB"/>
        </w:rPr>
      </w:pPr>
    </w:p>
    <w:p w14:paraId="1723275C" w14:textId="07F7AE7C" w:rsidR="007A1934"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16. Subletting</w:t>
      </w:r>
    </w:p>
    <w:p w14:paraId="682F3F07" w14:textId="77777777" w:rsidR="006633C0"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Under no circumstances may the Hirer sublet the Village Hall or transfer the booking to another party.</w:t>
      </w:r>
    </w:p>
    <w:p w14:paraId="02BE2B0B" w14:textId="77777777" w:rsidR="008873CA" w:rsidRPr="007865BF" w:rsidRDefault="008873CA" w:rsidP="004B1194">
      <w:pPr>
        <w:spacing w:after="0" w:line="240" w:lineRule="auto"/>
        <w:rPr>
          <w:rFonts w:asciiTheme="majorHAnsi" w:eastAsia="Times New Roman" w:hAnsiTheme="majorHAnsi" w:cstheme="majorHAnsi"/>
          <w:sz w:val="24"/>
          <w:szCs w:val="24"/>
          <w:lang w:val="en-GB" w:eastAsia="en-GB"/>
        </w:rPr>
      </w:pPr>
    </w:p>
    <w:p w14:paraId="314BCABA" w14:textId="3CA6A280" w:rsidR="006633C0" w:rsidRPr="007865BF" w:rsidRDefault="006633C0" w:rsidP="004B1194">
      <w:pPr>
        <w:spacing w:after="0" w:line="240" w:lineRule="auto"/>
        <w:outlineLvl w:val="2"/>
        <w:rPr>
          <w:rFonts w:asciiTheme="majorHAnsi" w:eastAsia="Times New Roman" w:hAnsiTheme="majorHAnsi" w:cstheme="majorHAnsi"/>
          <w:b/>
          <w:bCs/>
          <w:sz w:val="24"/>
          <w:szCs w:val="24"/>
          <w:lang w:val="en-GB" w:eastAsia="en-GB"/>
        </w:rPr>
      </w:pPr>
      <w:r w:rsidRPr="007865BF">
        <w:rPr>
          <w:rFonts w:asciiTheme="majorHAnsi" w:eastAsia="Times New Roman" w:hAnsiTheme="majorHAnsi" w:cstheme="majorHAnsi"/>
          <w:b/>
          <w:bCs/>
          <w:sz w:val="24"/>
          <w:szCs w:val="24"/>
          <w:lang w:val="en-GB" w:eastAsia="en-GB"/>
        </w:rPr>
        <w:t>17. Pandemic or Health Emergency</w:t>
      </w:r>
    </w:p>
    <w:p w14:paraId="27666612" w14:textId="34DAC8EC" w:rsidR="00D571CD" w:rsidRPr="007865BF" w:rsidRDefault="006633C0" w:rsidP="004B1194">
      <w:pPr>
        <w:spacing w:after="0" w:line="240" w:lineRule="auto"/>
        <w:rPr>
          <w:rFonts w:asciiTheme="majorHAnsi" w:eastAsia="Times New Roman" w:hAnsiTheme="majorHAnsi" w:cstheme="majorHAnsi"/>
          <w:sz w:val="24"/>
          <w:szCs w:val="24"/>
          <w:lang w:val="en-GB" w:eastAsia="en-GB"/>
        </w:rPr>
      </w:pPr>
      <w:r w:rsidRPr="007865BF">
        <w:rPr>
          <w:rFonts w:asciiTheme="majorHAnsi" w:eastAsia="Times New Roman" w:hAnsiTheme="majorHAnsi" w:cstheme="majorHAnsi"/>
          <w:sz w:val="24"/>
          <w:szCs w:val="24"/>
          <w:lang w:val="en-GB" w:eastAsia="en-GB"/>
        </w:rPr>
        <w:t>In the event of a pandemic or other public health emergency, it may be necessary to close the building at short notice to comply with Government guidance. Upton &amp; North Elmsall Parish Council shall not be liable for any losses incurred as a result.</w:t>
      </w:r>
    </w:p>
    <w:p w14:paraId="33421D52" w14:textId="77777777" w:rsidR="00E115C7" w:rsidRPr="007865BF" w:rsidRDefault="00E115C7" w:rsidP="007865BF">
      <w:pPr>
        <w:pStyle w:val="NoSpacing"/>
      </w:pPr>
    </w:p>
    <w:p w14:paraId="6C1FD942" w14:textId="77777777" w:rsidR="00812022" w:rsidRPr="007865BF" w:rsidRDefault="00812022" w:rsidP="007865BF">
      <w:pPr>
        <w:pStyle w:val="NoSpacing"/>
      </w:pPr>
    </w:p>
    <w:p w14:paraId="234B5B4F" w14:textId="77777777" w:rsidR="00812022" w:rsidRPr="007865BF" w:rsidRDefault="00812022" w:rsidP="007865BF">
      <w:pPr>
        <w:pStyle w:val="NoSpacing"/>
      </w:pPr>
    </w:p>
    <w:p w14:paraId="5A17485D" w14:textId="77777777" w:rsidR="00812022" w:rsidRPr="007865BF" w:rsidRDefault="00812022" w:rsidP="007865BF">
      <w:pPr>
        <w:pStyle w:val="NoSpacing"/>
      </w:pPr>
    </w:p>
    <w:p w14:paraId="15A35094" w14:textId="77777777" w:rsidR="00812022" w:rsidRPr="007865BF" w:rsidRDefault="00812022" w:rsidP="007865BF">
      <w:pPr>
        <w:pStyle w:val="NoSpacing"/>
      </w:pPr>
    </w:p>
    <w:p w14:paraId="66C762C9" w14:textId="77777777" w:rsidR="00812022" w:rsidRPr="007865BF" w:rsidRDefault="00812022" w:rsidP="007865BF">
      <w:pPr>
        <w:pStyle w:val="NoSpacing"/>
      </w:pPr>
    </w:p>
    <w:p w14:paraId="5EFB6E08" w14:textId="77777777" w:rsidR="00812022" w:rsidRPr="007865BF" w:rsidRDefault="00812022" w:rsidP="007865BF">
      <w:pPr>
        <w:pStyle w:val="NoSpacing"/>
      </w:pPr>
    </w:p>
    <w:p w14:paraId="4CCA729E" w14:textId="77777777" w:rsidR="00812022" w:rsidRPr="007865BF" w:rsidRDefault="00812022" w:rsidP="007865BF">
      <w:pPr>
        <w:pStyle w:val="NoSpacing"/>
      </w:pPr>
    </w:p>
    <w:p w14:paraId="30B69787" w14:textId="77777777" w:rsidR="00812022" w:rsidRPr="007865BF" w:rsidRDefault="00812022" w:rsidP="007865BF">
      <w:pPr>
        <w:pStyle w:val="NoSpacing"/>
      </w:pPr>
    </w:p>
    <w:p w14:paraId="1045795A" w14:textId="77777777" w:rsidR="00812022" w:rsidRPr="007865BF" w:rsidRDefault="00812022" w:rsidP="007865BF">
      <w:pPr>
        <w:pStyle w:val="NoSpacing"/>
      </w:pPr>
    </w:p>
    <w:p w14:paraId="306F4573" w14:textId="77777777" w:rsidR="00812022" w:rsidRPr="007865BF" w:rsidRDefault="00812022" w:rsidP="007865BF">
      <w:pPr>
        <w:pStyle w:val="NoSpacing"/>
      </w:pPr>
    </w:p>
    <w:p w14:paraId="10E0B6B7" w14:textId="77777777" w:rsidR="00812022" w:rsidRPr="007865BF" w:rsidRDefault="00812022" w:rsidP="007865BF">
      <w:pPr>
        <w:pStyle w:val="NoSpacing"/>
      </w:pPr>
    </w:p>
    <w:p w14:paraId="617E8B65" w14:textId="77777777" w:rsidR="00812022" w:rsidRPr="007865BF" w:rsidRDefault="00812022" w:rsidP="007865BF">
      <w:pPr>
        <w:pStyle w:val="NoSpacing"/>
      </w:pPr>
    </w:p>
    <w:p w14:paraId="4AC79567" w14:textId="77777777" w:rsidR="00812022" w:rsidRPr="007865BF" w:rsidRDefault="00812022" w:rsidP="007865BF">
      <w:pPr>
        <w:pStyle w:val="NoSpacing"/>
      </w:pPr>
    </w:p>
    <w:p w14:paraId="648E9920" w14:textId="77777777" w:rsidR="00812022" w:rsidRPr="007865BF" w:rsidRDefault="00812022" w:rsidP="007865BF">
      <w:pPr>
        <w:pStyle w:val="NoSpacing"/>
      </w:pPr>
    </w:p>
    <w:p w14:paraId="7499CEBD" w14:textId="77777777" w:rsidR="00812022" w:rsidRPr="007865BF" w:rsidRDefault="00812022" w:rsidP="007865BF">
      <w:pPr>
        <w:pStyle w:val="NoSpacing"/>
      </w:pPr>
    </w:p>
    <w:p w14:paraId="67077A19" w14:textId="77777777" w:rsidR="00812022" w:rsidRPr="007865BF" w:rsidRDefault="00812022" w:rsidP="007865BF">
      <w:pPr>
        <w:pStyle w:val="NoSpacing"/>
      </w:pPr>
    </w:p>
    <w:p w14:paraId="5BD41690" w14:textId="4111E2A9" w:rsidR="00812022" w:rsidRPr="007865BF" w:rsidRDefault="00812022" w:rsidP="007865BF">
      <w:pPr>
        <w:pStyle w:val="NoSpacing"/>
        <w:rPr>
          <w:rFonts w:asciiTheme="majorHAnsi" w:hAnsiTheme="majorHAnsi" w:cstheme="majorHAnsi"/>
          <w:lang w:eastAsia="en-GB"/>
        </w:rPr>
      </w:pPr>
      <w:r w:rsidRPr="007865BF">
        <w:rPr>
          <w:rFonts w:asciiTheme="majorHAnsi" w:hAnsiTheme="majorHAnsi" w:cstheme="majorHAnsi"/>
          <w:lang w:eastAsia="en-GB"/>
        </w:rPr>
        <w:t>Version: March 2026</w:t>
      </w:r>
      <w:r w:rsidRPr="007865BF">
        <w:rPr>
          <w:rFonts w:asciiTheme="majorHAnsi" w:hAnsiTheme="majorHAnsi" w:cstheme="majorHAnsi"/>
          <w:lang w:eastAsia="en-GB"/>
        </w:rPr>
        <w:br/>
        <w:t>Review Date: March 2027</w:t>
      </w:r>
    </w:p>
    <w:p w14:paraId="1C5E25C4" w14:textId="77777777" w:rsidR="008C34D1" w:rsidRPr="007865BF" w:rsidRDefault="008C34D1" w:rsidP="007865BF">
      <w:pPr>
        <w:pStyle w:val="NoSpacing"/>
        <w:rPr>
          <w:b/>
          <w:bCs/>
          <w:lang w:val="en-GB" w:eastAsia="en-GB"/>
        </w:rPr>
      </w:pPr>
    </w:p>
    <w:p w14:paraId="1D095CD9" w14:textId="77777777" w:rsidR="008C34D1" w:rsidRPr="007865BF" w:rsidRDefault="008C34D1" w:rsidP="007865BF">
      <w:pPr>
        <w:pStyle w:val="NoSpacing"/>
        <w:rPr>
          <w:b/>
          <w:bCs/>
          <w:lang w:val="en-GB" w:eastAsia="en-GB"/>
        </w:rPr>
      </w:pPr>
    </w:p>
    <w:p w14:paraId="0B4BEEAB" w14:textId="77777777" w:rsidR="008C34D1" w:rsidRPr="007865BF" w:rsidRDefault="008C34D1" w:rsidP="007865BF">
      <w:pPr>
        <w:pStyle w:val="NoSpacing"/>
        <w:rPr>
          <w:lang w:val="en-GB" w:eastAsia="en-GB"/>
        </w:rPr>
      </w:pPr>
    </w:p>
    <w:p w14:paraId="256B5EA3" w14:textId="77777777" w:rsidR="008C34D1" w:rsidRPr="007865BF" w:rsidRDefault="008C34D1" w:rsidP="007865BF">
      <w:pPr>
        <w:pStyle w:val="NoSpacing"/>
        <w:rPr>
          <w:lang w:val="en-GB" w:eastAsia="en-GB"/>
        </w:rPr>
      </w:pPr>
    </w:p>
    <w:p w14:paraId="474C89F7" w14:textId="77777777" w:rsidR="008C34D1" w:rsidRPr="007865BF" w:rsidRDefault="008C34D1" w:rsidP="007865BF">
      <w:pPr>
        <w:pStyle w:val="NoSpacing"/>
        <w:rPr>
          <w:lang w:val="en-GB" w:eastAsia="en-GB"/>
        </w:rPr>
      </w:pPr>
    </w:p>
    <w:p w14:paraId="171F4325" w14:textId="77777777" w:rsidR="008C34D1" w:rsidRPr="007865BF" w:rsidRDefault="008C34D1" w:rsidP="007865BF">
      <w:pPr>
        <w:pStyle w:val="NoSpacing"/>
        <w:rPr>
          <w:lang w:val="en-GB" w:eastAsia="en-GB"/>
        </w:rPr>
      </w:pPr>
    </w:p>
    <w:p w14:paraId="5F40A774" w14:textId="77777777" w:rsidR="008C34D1" w:rsidRDefault="008C34D1" w:rsidP="007865BF">
      <w:pPr>
        <w:pStyle w:val="NoSpacing"/>
        <w:rPr>
          <w:sz w:val="36"/>
          <w:szCs w:val="36"/>
          <w:lang w:val="en-GB" w:eastAsia="en-GB"/>
        </w:rPr>
      </w:pPr>
    </w:p>
    <w:p w14:paraId="14D20540" w14:textId="77777777" w:rsidR="008C34D1" w:rsidRDefault="008C34D1" w:rsidP="007865BF">
      <w:pPr>
        <w:pStyle w:val="NoSpacing"/>
        <w:rPr>
          <w:sz w:val="36"/>
          <w:szCs w:val="36"/>
          <w:lang w:val="en-GB" w:eastAsia="en-GB"/>
        </w:rPr>
      </w:pPr>
    </w:p>
    <w:p w14:paraId="61A98DB1" w14:textId="77777777" w:rsidR="008C34D1" w:rsidRDefault="008C34D1" w:rsidP="007865BF">
      <w:pPr>
        <w:pStyle w:val="NoSpacing"/>
        <w:rPr>
          <w:sz w:val="36"/>
          <w:szCs w:val="36"/>
          <w:lang w:val="en-GB" w:eastAsia="en-GB"/>
        </w:rPr>
      </w:pPr>
    </w:p>
    <w:p w14:paraId="5FC48125" w14:textId="77777777" w:rsidR="008C34D1" w:rsidRDefault="008C34D1" w:rsidP="007865BF">
      <w:pPr>
        <w:pStyle w:val="NoSpacing"/>
        <w:rPr>
          <w:sz w:val="36"/>
          <w:szCs w:val="36"/>
          <w:lang w:val="en-GB" w:eastAsia="en-GB"/>
        </w:rPr>
      </w:pPr>
    </w:p>
    <w:p w14:paraId="305309EE" w14:textId="77777777" w:rsidR="008C34D1" w:rsidRDefault="008C34D1" w:rsidP="007865BF">
      <w:pPr>
        <w:pStyle w:val="NoSpacing"/>
        <w:rPr>
          <w:sz w:val="36"/>
          <w:szCs w:val="36"/>
          <w:lang w:val="en-GB" w:eastAsia="en-GB"/>
        </w:rPr>
      </w:pPr>
    </w:p>
    <w:p w14:paraId="25C299AA" w14:textId="77777777" w:rsidR="008C34D1" w:rsidRDefault="008C34D1" w:rsidP="007865BF">
      <w:pPr>
        <w:pStyle w:val="NoSpacing"/>
        <w:rPr>
          <w:sz w:val="36"/>
          <w:szCs w:val="36"/>
          <w:lang w:val="en-GB" w:eastAsia="en-GB"/>
        </w:rPr>
      </w:pPr>
    </w:p>
    <w:p w14:paraId="1B753D0E" w14:textId="77777777" w:rsidR="008C34D1" w:rsidRDefault="008C34D1" w:rsidP="007865BF">
      <w:pPr>
        <w:pStyle w:val="NoSpacing"/>
        <w:rPr>
          <w:sz w:val="36"/>
          <w:szCs w:val="36"/>
          <w:lang w:val="en-GB" w:eastAsia="en-GB"/>
        </w:rPr>
      </w:pPr>
    </w:p>
    <w:p w14:paraId="45C2FA3D" w14:textId="77777777" w:rsidR="008C34D1" w:rsidRDefault="008C34D1" w:rsidP="007865BF">
      <w:pPr>
        <w:pStyle w:val="NoSpacing"/>
        <w:rPr>
          <w:sz w:val="36"/>
          <w:szCs w:val="36"/>
          <w:lang w:val="en-GB" w:eastAsia="en-GB"/>
        </w:rPr>
      </w:pPr>
    </w:p>
    <w:p w14:paraId="735DED91" w14:textId="77777777" w:rsidR="008C34D1" w:rsidRDefault="008C34D1" w:rsidP="007865BF">
      <w:pPr>
        <w:pStyle w:val="NoSpacing"/>
        <w:rPr>
          <w:sz w:val="36"/>
          <w:szCs w:val="36"/>
          <w:lang w:val="en-GB" w:eastAsia="en-GB"/>
        </w:rPr>
      </w:pPr>
    </w:p>
    <w:p w14:paraId="5D627905" w14:textId="77777777" w:rsidR="008C34D1" w:rsidRDefault="008C34D1" w:rsidP="007865BF">
      <w:pPr>
        <w:pStyle w:val="NoSpacing"/>
        <w:rPr>
          <w:sz w:val="36"/>
          <w:szCs w:val="36"/>
          <w:lang w:val="en-GB" w:eastAsia="en-GB"/>
        </w:rPr>
      </w:pPr>
    </w:p>
    <w:p w14:paraId="41F3C360" w14:textId="77777777" w:rsidR="008C34D1" w:rsidRDefault="008C34D1" w:rsidP="007865BF">
      <w:pPr>
        <w:pStyle w:val="NoSpacing"/>
        <w:rPr>
          <w:sz w:val="36"/>
          <w:szCs w:val="36"/>
          <w:lang w:val="en-GB" w:eastAsia="en-GB"/>
        </w:rPr>
      </w:pPr>
    </w:p>
    <w:p w14:paraId="38FA400E" w14:textId="77777777" w:rsidR="008C34D1" w:rsidRDefault="008C34D1" w:rsidP="007865BF">
      <w:pPr>
        <w:pStyle w:val="NoSpacing"/>
        <w:rPr>
          <w:sz w:val="36"/>
          <w:szCs w:val="36"/>
          <w:lang w:val="en-GB" w:eastAsia="en-GB"/>
        </w:rPr>
      </w:pPr>
    </w:p>
    <w:p w14:paraId="616F6BFF" w14:textId="77777777" w:rsidR="008C34D1" w:rsidRDefault="008C34D1" w:rsidP="007865BF">
      <w:pPr>
        <w:pStyle w:val="NoSpacing"/>
        <w:rPr>
          <w:sz w:val="36"/>
          <w:szCs w:val="36"/>
          <w:lang w:val="en-GB" w:eastAsia="en-GB"/>
        </w:rPr>
      </w:pPr>
    </w:p>
    <w:p w14:paraId="2CB33CE2" w14:textId="77777777" w:rsidR="008C34D1" w:rsidRDefault="008C34D1" w:rsidP="007865BF">
      <w:pPr>
        <w:pStyle w:val="NoSpacing"/>
        <w:rPr>
          <w:sz w:val="36"/>
          <w:szCs w:val="36"/>
          <w:lang w:val="en-GB" w:eastAsia="en-GB"/>
        </w:rPr>
      </w:pPr>
    </w:p>
    <w:p w14:paraId="1A81C46A" w14:textId="77777777" w:rsidR="008C34D1" w:rsidRDefault="008C34D1" w:rsidP="007865BF">
      <w:pPr>
        <w:pStyle w:val="NoSpacing"/>
        <w:rPr>
          <w:sz w:val="36"/>
          <w:szCs w:val="36"/>
          <w:lang w:val="en-GB" w:eastAsia="en-GB"/>
        </w:rPr>
      </w:pPr>
    </w:p>
    <w:p w14:paraId="0F127A26" w14:textId="77777777" w:rsidR="008C34D1" w:rsidRDefault="008C34D1" w:rsidP="007865BF">
      <w:pPr>
        <w:pStyle w:val="NoSpacing"/>
        <w:rPr>
          <w:sz w:val="36"/>
          <w:szCs w:val="36"/>
          <w:lang w:val="en-GB" w:eastAsia="en-GB"/>
        </w:rPr>
      </w:pPr>
    </w:p>
    <w:p w14:paraId="2D5D7F8D" w14:textId="77777777" w:rsidR="008C34D1" w:rsidRDefault="008C34D1" w:rsidP="007865BF">
      <w:pPr>
        <w:pStyle w:val="NoSpacing"/>
        <w:rPr>
          <w:sz w:val="36"/>
          <w:szCs w:val="36"/>
          <w:lang w:val="en-GB" w:eastAsia="en-GB"/>
        </w:rPr>
      </w:pPr>
    </w:p>
    <w:p w14:paraId="65D57481" w14:textId="77777777" w:rsidR="008C34D1" w:rsidRDefault="008C34D1" w:rsidP="007865BF">
      <w:pPr>
        <w:pStyle w:val="NoSpacing"/>
        <w:rPr>
          <w:sz w:val="36"/>
          <w:szCs w:val="36"/>
          <w:lang w:val="en-GB" w:eastAsia="en-GB"/>
        </w:rPr>
      </w:pPr>
    </w:p>
    <w:p w14:paraId="54898DD2" w14:textId="77777777" w:rsidR="008C34D1" w:rsidRDefault="008C34D1" w:rsidP="007865BF">
      <w:pPr>
        <w:pStyle w:val="NoSpacing"/>
        <w:rPr>
          <w:sz w:val="36"/>
          <w:szCs w:val="36"/>
          <w:lang w:val="en-GB" w:eastAsia="en-GB"/>
        </w:rPr>
      </w:pPr>
    </w:p>
    <w:p w14:paraId="2E480479" w14:textId="77777777" w:rsidR="008C34D1" w:rsidRDefault="008C34D1" w:rsidP="007865BF">
      <w:pPr>
        <w:pStyle w:val="NoSpacing"/>
        <w:rPr>
          <w:sz w:val="36"/>
          <w:szCs w:val="36"/>
          <w:lang w:val="en-GB" w:eastAsia="en-GB"/>
        </w:rPr>
      </w:pPr>
    </w:p>
    <w:p w14:paraId="09425869" w14:textId="77777777" w:rsidR="008C34D1" w:rsidRDefault="008C34D1" w:rsidP="007865BF">
      <w:pPr>
        <w:pStyle w:val="NoSpacing"/>
        <w:rPr>
          <w:sz w:val="36"/>
          <w:szCs w:val="36"/>
          <w:lang w:val="en-GB" w:eastAsia="en-GB"/>
        </w:rPr>
      </w:pPr>
    </w:p>
    <w:p w14:paraId="148955DE" w14:textId="77777777" w:rsidR="008C34D1" w:rsidRDefault="008C34D1" w:rsidP="007865BF">
      <w:pPr>
        <w:pStyle w:val="NoSpacing"/>
        <w:rPr>
          <w:sz w:val="36"/>
          <w:szCs w:val="36"/>
          <w:lang w:val="en-GB" w:eastAsia="en-GB"/>
        </w:rPr>
      </w:pPr>
    </w:p>
    <w:p w14:paraId="30E97805" w14:textId="77777777" w:rsidR="00DE2342" w:rsidRDefault="00DE2342" w:rsidP="007865BF">
      <w:pPr>
        <w:pStyle w:val="NoSpacing"/>
        <w:rPr>
          <w:sz w:val="36"/>
          <w:szCs w:val="36"/>
          <w:lang w:val="en-GB" w:eastAsia="en-GB"/>
        </w:rPr>
      </w:pPr>
    </w:p>
    <w:p w14:paraId="3E3E4807" w14:textId="77777777" w:rsidR="00DE2342" w:rsidRDefault="00DE2342" w:rsidP="007865BF">
      <w:pPr>
        <w:pStyle w:val="NoSpacing"/>
        <w:rPr>
          <w:sz w:val="36"/>
          <w:szCs w:val="36"/>
          <w:lang w:val="en-GB" w:eastAsia="en-GB"/>
        </w:rPr>
      </w:pPr>
    </w:p>
    <w:p w14:paraId="0E8ED77B" w14:textId="77777777" w:rsidR="00DE2342" w:rsidRDefault="00DE2342" w:rsidP="007865BF">
      <w:pPr>
        <w:pStyle w:val="NoSpacing"/>
        <w:rPr>
          <w:sz w:val="36"/>
          <w:szCs w:val="36"/>
          <w:lang w:val="en-GB" w:eastAsia="en-GB"/>
        </w:rPr>
      </w:pPr>
    </w:p>
    <w:p w14:paraId="5ECEF0E5" w14:textId="77777777" w:rsidR="00DE2342" w:rsidRDefault="00DE2342" w:rsidP="007865BF">
      <w:pPr>
        <w:pStyle w:val="NoSpacing"/>
        <w:rPr>
          <w:sz w:val="36"/>
          <w:szCs w:val="36"/>
          <w:lang w:val="en-GB" w:eastAsia="en-GB"/>
        </w:rPr>
      </w:pPr>
    </w:p>
    <w:p w14:paraId="45707A3B" w14:textId="77777777" w:rsidR="00DE2342" w:rsidRDefault="00DE2342" w:rsidP="007865BF">
      <w:pPr>
        <w:pStyle w:val="NoSpacing"/>
        <w:rPr>
          <w:sz w:val="36"/>
          <w:szCs w:val="36"/>
          <w:lang w:val="en-GB" w:eastAsia="en-GB"/>
        </w:rPr>
      </w:pPr>
    </w:p>
    <w:p w14:paraId="3F3EAA80" w14:textId="77777777" w:rsidR="00DE2342" w:rsidRDefault="00DE2342" w:rsidP="007865BF">
      <w:pPr>
        <w:pStyle w:val="NoSpacing"/>
        <w:rPr>
          <w:sz w:val="36"/>
          <w:szCs w:val="36"/>
          <w:lang w:val="en-GB" w:eastAsia="en-GB"/>
        </w:rPr>
      </w:pPr>
    </w:p>
    <w:p w14:paraId="410C8A7F" w14:textId="77777777" w:rsidR="00DE2342" w:rsidRDefault="00DE2342" w:rsidP="007865BF">
      <w:pPr>
        <w:pStyle w:val="NoSpacing"/>
        <w:rPr>
          <w:b/>
          <w:bCs/>
          <w:sz w:val="36"/>
          <w:szCs w:val="36"/>
          <w:lang w:val="en-GB" w:eastAsia="en-GB"/>
        </w:rPr>
      </w:pPr>
    </w:p>
    <w:p w14:paraId="7BC0C151" w14:textId="77777777" w:rsidR="007865BF" w:rsidRDefault="007865BF" w:rsidP="007865BF">
      <w:pPr>
        <w:pStyle w:val="NoSpacing"/>
      </w:pPr>
    </w:p>
    <w:p w14:paraId="6DECA79E" w14:textId="77777777" w:rsidR="007865BF" w:rsidRDefault="007865BF" w:rsidP="007865BF">
      <w:pPr>
        <w:pStyle w:val="NoSpacing"/>
      </w:pPr>
    </w:p>
    <w:p w14:paraId="765C6756" w14:textId="77777777" w:rsidR="007865BF" w:rsidRPr="007865BF" w:rsidRDefault="007865BF" w:rsidP="007865BF">
      <w:pPr>
        <w:pStyle w:val="NoSpacing"/>
      </w:pPr>
    </w:p>
    <w:p w14:paraId="1018D8F5" w14:textId="77777777" w:rsidR="00DE2342" w:rsidRPr="00811DA8" w:rsidRDefault="00DE2342" w:rsidP="00DE2342">
      <w:pPr>
        <w:pStyle w:val="NoSpacing"/>
        <w:ind w:left="1440" w:firstLine="720"/>
        <w:rPr>
          <w:rFonts w:asciiTheme="majorHAnsi" w:hAnsiTheme="majorHAnsi" w:cstheme="majorHAnsi"/>
          <w:b/>
          <w:bCs/>
          <w:color w:val="6F4B73"/>
          <w:sz w:val="36"/>
          <w:szCs w:val="36"/>
        </w:rPr>
      </w:pPr>
      <w:r w:rsidRPr="00811DA8">
        <w:rPr>
          <w:rFonts w:asciiTheme="majorHAnsi" w:hAnsiTheme="majorHAnsi" w:cstheme="majorHAnsi"/>
          <w:noProof/>
          <w:color w:val="6F4B73"/>
          <w:sz w:val="36"/>
          <w:szCs w:val="36"/>
        </w:rPr>
        <w:lastRenderedPageBreak/>
        <w:drawing>
          <wp:anchor distT="0" distB="0" distL="114300" distR="114300" simplePos="0" relativeHeight="251663360" behindDoc="0" locked="0" layoutInCell="1" allowOverlap="1" wp14:anchorId="288D9833" wp14:editId="5B149253">
            <wp:simplePos x="0" y="0"/>
            <wp:positionH relativeFrom="column">
              <wp:posOffset>38100</wp:posOffset>
            </wp:positionH>
            <wp:positionV relativeFrom="paragraph">
              <wp:posOffset>-66675</wp:posOffset>
            </wp:positionV>
            <wp:extent cx="1123950" cy="866454"/>
            <wp:effectExtent l="0" t="0" r="0" b="0"/>
            <wp:wrapNone/>
            <wp:docPr id="1174173373" name="Picture 117417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23950" cy="866454"/>
                    </a:xfrm>
                    <a:prstGeom prst="rect">
                      <a:avLst/>
                    </a:prstGeom>
                  </pic:spPr>
                </pic:pic>
              </a:graphicData>
            </a:graphic>
            <wp14:sizeRelH relativeFrom="margin">
              <wp14:pctWidth>0</wp14:pctWidth>
            </wp14:sizeRelH>
            <wp14:sizeRelV relativeFrom="margin">
              <wp14:pctHeight>0</wp14:pctHeight>
            </wp14:sizeRelV>
          </wp:anchor>
        </w:drawing>
      </w:r>
      <w:r w:rsidRPr="00811DA8">
        <w:rPr>
          <w:rFonts w:asciiTheme="majorHAnsi" w:hAnsiTheme="majorHAnsi" w:cstheme="majorHAnsi"/>
          <w:b/>
          <w:bCs/>
          <w:color w:val="6F4B73"/>
          <w:sz w:val="36"/>
          <w:szCs w:val="36"/>
        </w:rPr>
        <w:t>UPTON &amp; NORTH ELMSALL PARISH COUNCIL</w:t>
      </w:r>
      <w:r>
        <w:rPr>
          <w:rFonts w:asciiTheme="majorHAnsi" w:hAnsiTheme="majorHAnsi" w:cstheme="majorHAnsi"/>
          <w:b/>
          <w:bCs/>
          <w:color w:val="6F4B73"/>
          <w:sz w:val="36"/>
          <w:szCs w:val="36"/>
        </w:rPr>
        <w:tab/>
      </w:r>
    </w:p>
    <w:p w14:paraId="2447F7C3" w14:textId="77777777" w:rsidR="00DE2342" w:rsidRPr="00811DA8" w:rsidRDefault="00DE2342" w:rsidP="00DE2342">
      <w:pPr>
        <w:pStyle w:val="NoSpacing"/>
        <w:rPr>
          <w:rFonts w:asciiTheme="majorHAnsi" w:hAnsiTheme="majorHAnsi" w:cstheme="majorHAnsi"/>
          <w:color w:val="6F4B73"/>
          <w:sz w:val="24"/>
          <w:szCs w:val="24"/>
        </w:rPr>
      </w:pP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t>The Village Hall, Harewood Lane, Upton, WF9 1JB</w:t>
      </w:r>
    </w:p>
    <w:p w14:paraId="77F8B5A0" w14:textId="77777777" w:rsidR="00DE2342" w:rsidRPr="00811DA8" w:rsidRDefault="00DE2342" w:rsidP="00DE2342">
      <w:pPr>
        <w:pStyle w:val="NoSpacing"/>
        <w:ind w:left="1440" w:firstLine="720"/>
        <w:rPr>
          <w:rFonts w:asciiTheme="majorHAnsi" w:hAnsiTheme="majorHAnsi" w:cstheme="majorHAnsi"/>
          <w:sz w:val="24"/>
          <w:szCs w:val="24"/>
        </w:rPr>
      </w:pPr>
      <w:r w:rsidRPr="00811DA8">
        <w:rPr>
          <w:rFonts w:asciiTheme="majorHAnsi" w:hAnsiTheme="majorHAnsi" w:cstheme="majorHAnsi"/>
          <w:sz w:val="24"/>
          <w:szCs w:val="24"/>
        </w:rPr>
        <w:t>(01977) 64328</w:t>
      </w:r>
      <w:r>
        <w:rPr>
          <w:rFonts w:asciiTheme="majorHAnsi" w:hAnsiTheme="majorHAnsi" w:cstheme="majorHAnsi"/>
          <w:sz w:val="24"/>
          <w:szCs w:val="24"/>
        </w:rPr>
        <w:t>3</w:t>
      </w:r>
      <w:r w:rsidRPr="00811DA8">
        <w:rPr>
          <w:rFonts w:asciiTheme="majorHAnsi" w:hAnsiTheme="majorHAnsi" w:cstheme="majorHAnsi"/>
          <w:sz w:val="24"/>
          <w:szCs w:val="24"/>
        </w:rPr>
        <w:t xml:space="preserve"> / 645351 </w:t>
      </w:r>
      <w:r w:rsidRPr="00811DA8">
        <w:rPr>
          <w:rFonts w:asciiTheme="majorHAnsi" w:hAnsiTheme="majorHAnsi" w:cstheme="majorHAnsi"/>
          <w:color w:val="6F4B73"/>
          <w:sz w:val="24"/>
          <w:szCs w:val="24"/>
        </w:rPr>
        <w:t>|</w:t>
      </w:r>
      <w:r w:rsidRPr="00811DA8">
        <w:rPr>
          <w:rFonts w:asciiTheme="majorHAnsi" w:hAnsiTheme="majorHAnsi" w:cstheme="majorHAnsi"/>
          <w:sz w:val="24"/>
          <w:szCs w:val="24"/>
        </w:rPr>
        <w:t xml:space="preserve"> </w:t>
      </w:r>
      <w:hyperlink r:id="rId16" w:history="1">
        <w:r w:rsidRPr="00811DA8">
          <w:rPr>
            <w:rStyle w:val="Hyperlink"/>
            <w:rFonts w:asciiTheme="majorHAnsi" w:hAnsiTheme="majorHAnsi" w:cstheme="majorHAnsi"/>
            <w:sz w:val="24"/>
            <w:szCs w:val="24"/>
          </w:rPr>
          <w:t>clerk@uptonandnorthelmsall-pc.gov.uk</w:t>
        </w:r>
      </w:hyperlink>
    </w:p>
    <w:p w14:paraId="1B5CA766" w14:textId="77777777" w:rsidR="00DE2342" w:rsidRPr="00811DA8" w:rsidRDefault="00DE2342" w:rsidP="00DE2342">
      <w:pPr>
        <w:pStyle w:val="NoSpacing"/>
        <w:ind w:left="4320"/>
        <w:rPr>
          <w:rFonts w:asciiTheme="majorHAnsi" w:hAnsiTheme="majorHAnsi" w:cstheme="majorHAnsi"/>
          <w:sz w:val="24"/>
          <w:szCs w:val="24"/>
        </w:rPr>
      </w:pPr>
      <w:r w:rsidRPr="00811DA8">
        <w:rPr>
          <w:rFonts w:asciiTheme="majorHAnsi" w:hAnsiTheme="majorHAnsi" w:cstheme="majorHAnsi"/>
          <w:sz w:val="24"/>
          <w:szCs w:val="24"/>
        </w:rPr>
        <w:t xml:space="preserve">          </w:t>
      </w:r>
      <w:hyperlink r:id="rId17" w:history="1">
        <w:r w:rsidRPr="00811DA8">
          <w:rPr>
            <w:rStyle w:val="Hyperlink"/>
            <w:rFonts w:asciiTheme="majorHAnsi" w:hAnsiTheme="majorHAnsi" w:cstheme="majorHAnsi"/>
            <w:sz w:val="24"/>
            <w:szCs w:val="24"/>
          </w:rPr>
          <w:t>admin@uptonandnorthelmsall-pc.gov.uk</w:t>
        </w:r>
      </w:hyperlink>
      <w:r w:rsidRPr="00811DA8">
        <w:rPr>
          <w:rFonts w:asciiTheme="majorHAnsi" w:hAnsiTheme="majorHAnsi" w:cstheme="majorHAnsi"/>
          <w:sz w:val="24"/>
          <w:szCs w:val="24"/>
        </w:rPr>
        <w:t xml:space="preserve"> </w:t>
      </w:r>
    </w:p>
    <w:p w14:paraId="4C8EB9AA" w14:textId="77777777" w:rsidR="00DE2342" w:rsidRPr="00E658CB" w:rsidRDefault="00DE2342" w:rsidP="00DE2342">
      <w:pPr>
        <w:pStyle w:val="NoSpacing"/>
        <w:rPr>
          <w:color w:val="7030A0"/>
          <w:sz w:val="12"/>
          <w:szCs w:val="12"/>
        </w:rPr>
      </w:pPr>
    </w:p>
    <w:p w14:paraId="1A757EC9" w14:textId="77777777" w:rsidR="00DE2342" w:rsidRPr="003E24B7" w:rsidRDefault="00DE2342" w:rsidP="00DE2342">
      <w:pPr>
        <w:pStyle w:val="NoSpacing"/>
        <w:pBdr>
          <w:top w:val="single" w:sz="18" w:space="1" w:color="6F4B73"/>
        </w:pBdr>
        <w:rPr>
          <w:rFonts w:cstheme="minorHAnsi"/>
          <w:b/>
          <w:sz w:val="24"/>
          <w:szCs w:val="24"/>
        </w:rPr>
      </w:pPr>
    </w:p>
    <w:p w14:paraId="65B9C131" w14:textId="05DC6D11" w:rsidR="006633C0" w:rsidRPr="004B1194" w:rsidRDefault="006633C0" w:rsidP="00DE2342">
      <w:pPr>
        <w:spacing w:after="0" w:line="240" w:lineRule="auto"/>
        <w:jc w:val="center"/>
        <w:outlineLvl w:val="1"/>
        <w:rPr>
          <w:rFonts w:asciiTheme="majorHAnsi" w:eastAsia="Times New Roman" w:hAnsiTheme="majorHAnsi" w:cstheme="majorHAnsi"/>
          <w:b/>
          <w:bCs/>
          <w:sz w:val="36"/>
          <w:szCs w:val="36"/>
          <w:lang w:val="en-GB" w:eastAsia="en-GB"/>
        </w:rPr>
      </w:pPr>
      <w:r w:rsidRPr="004B1194">
        <w:rPr>
          <w:rFonts w:asciiTheme="majorHAnsi" w:eastAsia="Times New Roman" w:hAnsiTheme="majorHAnsi" w:cstheme="majorHAnsi"/>
          <w:b/>
          <w:bCs/>
          <w:sz w:val="36"/>
          <w:szCs w:val="36"/>
          <w:lang w:val="en-GB" w:eastAsia="en-GB"/>
        </w:rPr>
        <w:t>AGREEMENT AND DATA PROTECTION</w:t>
      </w:r>
    </w:p>
    <w:p w14:paraId="4E06AA51" w14:textId="77777777" w:rsidR="00803EAD" w:rsidRPr="00803EAD" w:rsidRDefault="00803EAD" w:rsidP="00803EAD">
      <w:pPr>
        <w:spacing w:after="0" w:line="240" w:lineRule="auto"/>
        <w:rPr>
          <w:rFonts w:asciiTheme="majorHAnsi" w:eastAsia="Times New Roman" w:hAnsiTheme="majorHAnsi" w:cstheme="majorHAnsi"/>
          <w:sz w:val="24"/>
          <w:szCs w:val="24"/>
          <w:lang w:val="en-GB" w:eastAsia="en-GB"/>
        </w:rPr>
      </w:pPr>
      <w:r w:rsidRPr="00803EAD">
        <w:rPr>
          <w:rFonts w:asciiTheme="majorHAnsi" w:eastAsia="Times New Roman" w:hAnsiTheme="majorHAnsi" w:cstheme="majorHAnsi"/>
          <w:sz w:val="24"/>
          <w:szCs w:val="24"/>
          <w:lang w:val="en-GB" w:eastAsia="en-GB"/>
        </w:rPr>
        <w:t>I confirm that I have read and understood the Terms &amp; Conditions and the Council’s Privacy Notice.</w:t>
      </w:r>
    </w:p>
    <w:p w14:paraId="70C0CB1A" w14:textId="77777777" w:rsidR="00803EAD" w:rsidRPr="00803EAD" w:rsidRDefault="00803EAD" w:rsidP="00803EAD">
      <w:pPr>
        <w:spacing w:after="0" w:line="240" w:lineRule="auto"/>
        <w:rPr>
          <w:rFonts w:asciiTheme="majorHAnsi" w:eastAsia="Times New Roman" w:hAnsiTheme="majorHAnsi" w:cstheme="majorHAnsi"/>
          <w:sz w:val="24"/>
          <w:szCs w:val="24"/>
          <w:lang w:val="en-GB" w:eastAsia="en-GB"/>
        </w:rPr>
      </w:pPr>
    </w:p>
    <w:p w14:paraId="659125DC" w14:textId="2F3C90F1" w:rsidR="00E115C7" w:rsidRDefault="00803EAD" w:rsidP="00803EAD">
      <w:pPr>
        <w:spacing w:after="0" w:line="240" w:lineRule="auto"/>
        <w:rPr>
          <w:rFonts w:asciiTheme="majorHAnsi" w:eastAsia="Times New Roman" w:hAnsiTheme="majorHAnsi" w:cstheme="majorHAnsi"/>
          <w:sz w:val="24"/>
          <w:szCs w:val="24"/>
          <w:lang w:val="en-GB" w:eastAsia="en-GB"/>
        </w:rPr>
      </w:pPr>
      <w:r w:rsidRPr="00803EAD">
        <w:rPr>
          <w:rFonts w:asciiTheme="majorHAnsi" w:eastAsia="Times New Roman" w:hAnsiTheme="majorHAnsi" w:cstheme="majorHAnsi"/>
          <w:sz w:val="24"/>
          <w:szCs w:val="24"/>
          <w:lang w:val="en-GB" w:eastAsia="en-GB"/>
        </w:rPr>
        <w:t>I understand that my personal data will be processed in accordance with the Council’s Privacy Notice for the purposes of administering my booking and managing the use of the Village Hall.</w:t>
      </w:r>
    </w:p>
    <w:p w14:paraId="7D8397F6" w14:textId="77777777" w:rsidR="00803EAD" w:rsidRPr="004B1194" w:rsidRDefault="00803EAD" w:rsidP="00803EAD">
      <w:pPr>
        <w:spacing w:after="0" w:line="240" w:lineRule="auto"/>
        <w:rPr>
          <w:rFonts w:asciiTheme="majorHAnsi" w:eastAsia="Times New Roman" w:hAnsiTheme="majorHAnsi" w:cstheme="majorHAnsi"/>
          <w:sz w:val="24"/>
          <w:szCs w:val="24"/>
          <w:lang w:val="en-GB" w:eastAsia="en-GB"/>
        </w:rPr>
      </w:pPr>
    </w:p>
    <w:p w14:paraId="737E0B15" w14:textId="77777777" w:rsidR="006633C0" w:rsidRPr="004B1194" w:rsidRDefault="006633C0" w:rsidP="004B1194">
      <w:pPr>
        <w:spacing w:after="0" w:line="240" w:lineRule="auto"/>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sz w:val="24"/>
          <w:szCs w:val="24"/>
          <w:lang w:val="en-GB" w:eastAsia="en-GB"/>
        </w:rPr>
        <w:t>I understand that:</w:t>
      </w:r>
    </w:p>
    <w:p w14:paraId="457C13F9" w14:textId="77777777" w:rsidR="006633C0" w:rsidRPr="004B1194" w:rsidRDefault="006633C0" w:rsidP="004B1194">
      <w:pPr>
        <w:numPr>
          <w:ilvl w:val="0"/>
          <w:numId w:val="25"/>
        </w:numPr>
        <w:spacing w:after="0" w:line="240" w:lineRule="auto"/>
        <w:ind w:left="0" w:firstLine="0"/>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sz w:val="24"/>
          <w:szCs w:val="24"/>
          <w:lang w:val="en-GB" w:eastAsia="en-GB"/>
        </w:rPr>
        <w:t>My personal data will be retained only for as long as necessary.</w:t>
      </w:r>
    </w:p>
    <w:p w14:paraId="7F5402B3" w14:textId="77777777" w:rsidR="00956F64" w:rsidRDefault="006633C0" w:rsidP="00956F64">
      <w:pPr>
        <w:numPr>
          <w:ilvl w:val="0"/>
          <w:numId w:val="25"/>
        </w:numPr>
        <w:spacing w:after="0" w:line="240" w:lineRule="auto"/>
        <w:ind w:left="0" w:firstLine="0"/>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sz w:val="24"/>
          <w:szCs w:val="24"/>
          <w:lang w:val="en-GB" w:eastAsia="en-GB"/>
        </w:rPr>
        <w:t>I have the right to request access to, correction of, or deletion of my personal data.</w:t>
      </w:r>
    </w:p>
    <w:p w14:paraId="4EADEFE0" w14:textId="735E2F93" w:rsidR="00E115C7" w:rsidRPr="00956F64" w:rsidRDefault="00956F64" w:rsidP="00956F64">
      <w:pPr>
        <w:numPr>
          <w:ilvl w:val="0"/>
          <w:numId w:val="25"/>
        </w:numPr>
        <w:spacing w:after="0" w:line="240" w:lineRule="auto"/>
        <w:ind w:left="0" w:firstLine="0"/>
        <w:rPr>
          <w:rFonts w:asciiTheme="majorHAnsi" w:eastAsia="Times New Roman" w:hAnsiTheme="majorHAnsi" w:cstheme="majorHAnsi"/>
          <w:sz w:val="24"/>
          <w:szCs w:val="24"/>
          <w:lang w:val="en-GB" w:eastAsia="en-GB"/>
        </w:rPr>
      </w:pPr>
      <w:r w:rsidRPr="00956F64">
        <w:rPr>
          <w:rFonts w:asciiTheme="majorHAnsi" w:eastAsia="Times New Roman" w:hAnsiTheme="majorHAnsi" w:cstheme="majorHAnsi"/>
          <w:sz w:val="24"/>
          <w:szCs w:val="24"/>
          <w:lang w:val="en-GB" w:eastAsia="en-GB"/>
        </w:rPr>
        <w:t>Where processing is based on consent, I understand that I may withdraw my consent at any time.</w:t>
      </w:r>
    </w:p>
    <w:p w14:paraId="5D68EC86" w14:textId="77777777" w:rsidR="00956F64" w:rsidRDefault="00956F64" w:rsidP="004B1194">
      <w:pPr>
        <w:spacing w:after="0" w:line="240" w:lineRule="auto"/>
        <w:rPr>
          <w:rFonts w:asciiTheme="majorHAnsi" w:eastAsia="Times New Roman" w:hAnsiTheme="majorHAnsi" w:cstheme="majorHAnsi"/>
          <w:sz w:val="24"/>
          <w:szCs w:val="24"/>
          <w:lang w:val="en-GB" w:eastAsia="en-GB"/>
        </w:rPr>
      </w:pPr>
    </w:p>
    <w:p w14:paraId="7DDB69F8" w14:textId="54F8873C" w:rsidR="006633C0" w:rsidRDefault="006633C0" w:rsidP="004B1194">
      <w:pPr>
        <w:spacing w:after="0" w:line="240" w:lineRule="auto"/>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sz w:val="24"/>
          <w:szCs w:val="24"/>
          <w:lang w:val="en-GB" w:eastAsia="en-GB"/>
        </w:rPr>
        <w:t>By signing below, I confirm that I accept the Terms and Conditions set out above in relation to my booking</w:t>
      </w:r>
      <w:r w:rsidR="00D016F6" w:rsidRPr="004B1194">
        <w:rPr>
          <w:rFonts w:asciiTheme="majorHAnsi" w:eastAsia="Times New Roman" w:hAnsiTheme="majorHAnsi" w:cstheme="majorHAnsi"/>
          <w:sz w:val="24"/>
          <w:szCs w:val="24"/>
          <w:lang w:val="en-GB" w:eastAsia="en-GB"/>
        </w:rPr>
        <w:t>s.</w:t>
      </w:r>
    </w:p>
    <w:p w14:paraId="4BF147F6" w14:textId="77777777" w:rsidR="007A64A3" w:rsidRPr="004B1194" w:rsidRDefault="007A64A3" w:rsidP="004B1194">
      <w:pPr>
        <w:spacing w:after="0" w:line="240" w:lineRule="auto"/>
        <w:rPr>
          <w:rFonts w:asciiTheme="majorHAnsi" w:eastAsia="Times New Roman" w:hAnsiTheme="majorHAnsi" w:cstheme="majorHAnsi"/>
          <w:sz w:val="24"/>
          <w:szCs w:val="24"/>
          <w:lang w:val="en-GB" w:eastAsia="en-GB"/>
        </w:rPr>
      </w:pPr>
    </w:p>
    <w:p w14:paraId="73EB4ED5" w14:textId="77777777" w:rsidR="004C6A30" w:rsidRPr="004B1194" w:rsidRDefault="006633C0" w:rsidP="004B1194">
      <w:pPr>
        <w:spacing w:after="0" w:line="240" w:lineRule="auto"/>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b/>
          <w:bCs/>
          <w:sz w:val="24"/>
          <w:szCs w:val="24"/>
          <w:lang w:val="en-GB" w:eastAsia="en-GB"/>
        </w:rPr>
        <w:t>Signed:</w:t>
      </w:r>
      <w:r w:rsidRPr="004B1194">
        <w:rPr>
          <w:rFonts w:asciiTheme="majorHAnsi" w:eastAsia="Times New Roman" w:hAnsiTheme="majorHAnsi" w:cstheme="majorHAnsi"/>
          <w:sz w:val="24"/>
          <w:szCs w:val="24"/>
          <w:lang w:val="en-GB" w:eastAsia="en-GB"/>
        </w:rPr>
        <w:t xml:space="preserve"> _______________________________</w:t>
      </w:r>
    </w:p>
    <w:p w14:paraId="1AFE5C57" w14:textId="77777777" w:rsidR="007A64A3" w:rsidRDefault="007A64A3" w:rsidP="004B1194">
      <w:pPr>
        <w:spacing w:after="0" w:line="240" w:lineRule="auto"/>
        <w:rPr>
          <w:rFonts w:asciiTheme="majorHAnsi" w:eastAsia="Times New Roman" w:hAnsiTheme="majorHAnsi" w:cstheme="majorHAnsi"/>
          <w:sz w:val="24"/>
          <w:szCs w:val="24"/>
          <w:lang w:val="en-GB" w:eastAsia="en-GB"/>
        </w:rPr>
      </w:pPr>
    </w:p>
    <w:p w14:paraId="584BE8D1" w14:textId="22C68684" w:rsidR="008873CA" w:rsidRDefault="006633C0" w:rsidP="004B1194">
      <w:pPr>
        <w:spacing w:after="0" w:line="240" w:lineRule="auto"/>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sz w:val="24"/>
          <w:szCs w:val="24"/>
          <w:lang w:val="en-GB" w:eastAsia="en-GB"/>
        </w:rPr>
        <w:br/>
      </w:r>
      <w:r w:rsidRPr="004B1194">
        <w:rPr>
          <w:rFonts w:asciiTheme="majorHAnsi" w:eastAsia="Times New Roman" w:hAnsiTheme="majorHAnsi" w:cstheme="majorHAnsi"/>
          <w:b/>
          <w:bCs/>
          <w:sz w:val="24"/>
          <w:szCs w:val="24"/>
          <w:lang w:val="en-GB" w:eastAsia="en-GB"/>
        </w:rPr>
        <w:t>Print Name:</w:t>
      </w:r>
      <w:r w:rsidRPr="004B1194">
        <w:rPr>
          <w:rFonts w:asciiTheme="majorHAnsi" w:eastAsia="Times New Roman" w:hAnsiTheme="majorHAnsi" w:cstheme="majorHAnsi"/>
          <w:sz w:val="24"/>
          <w:szCs w:val="24"/>
          <w:lang w:val="en-GB" w:eastAsia="en-GB"/>
        </w:rPr>
        <w:t xml:space="preserve"> ___________________________</w:t>
      </w:r>
      <w:r w:rsidR="007A64A3">
        <w:rPr>
          <w:rFonts w:asciiTheme="majorHAnsi" w:eastAsia="Times New Roman" w:hAnsiTheme="majorHAnsi" w:cstheme="majorHAnsi"/>
          <w:sz w:val="24"/>
          <w:szCs w:val="24"/>
          <w:lang w:val="en-GB" w:eastAsia="en-GB"/>
        </w:rPr>
        <w:t>_____</w:t>
      </w:r>
    </w:p>
    <w:p w14:paraId="64A138BC" w14:textId="77777777" w:rsidR="007A64A3" w:rsidRDefault="007A64A3" w:rsidP="004B1194">
      <w:pPr>
        <w:spacing w:after="0" w:line="240" w:lineRule="auto"/>
        <w:rPr>
          <w:rFonts w:asciiTheme="majorHAnsi" w:eastAsia="Times New Roman" w:hAnsiTheme="majorHAnsi" w:cstheme="majorHAnsi"/>
          <w:sz w:val="24"/>
          <w:szCs w:val="24"/>
          <w:lang w:val="en-GB" w:eastAsia="en-GB"/>
        </w:rPr>
      </w:pPr>
    </w:p>
    <w:p w14:paraId="657D5AFC" w14:textId="2B2925F0" w:rsidR="006633C0" w:rsidRDefault="006633C0" w:rsidP="004B1194">
      <w:pPr>
        <w:spacing w:after="0" w:line="240" w:lineRule="auto"/>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sz w:val="24"/>
          <w:szCs w:val="24"/>
          <w:lang w:val="en-GB" w:eastAsia="en-GB"/>
        </w:rPr>
        <w:br/>
      </w:r>
      <w:r w:rsidRPr="004B1194">
        <w:rPr>
          <w:rFonts w:asciiTheme="majorHAnsi" w:eastAsia="Times New Roman" w:hAnsiTheme="majorHAnsi" w:cstheme="majorHAnsi"/>
          <w:b/>
          <w:bCs/>
          <w:sz w:val="24"/>
          <w:szCs w:val="24"/>
          <w:lang w:val="en-GB" w:eastAsia="en-GB"/>
        </w:rPr>
        <w:t>Date:</w:t>
      </w:r>
      <w:r w:rsidRPr="004B1194">
        <w:rPr>
          <w:rFonts w:asciiTheme="majorHAnsi" w:eastAsia="Times New Roman" w:hAnsiTheme="majorHAnsi" w:cstheme="majorHAnsi"/>
          <w:sz w:val="24"/>
          <w:szCs w:val="24"/>
          <w:lang w:val="en-GB" w:eastAsia="en-GB"/>
        </w:rPr>
        <w:t xml:space="preserve"> ________________________________</w:t>
      </w:r>
    </w:p>
    <w:p w14:paraId="2EBFF9C4" w14:textId="77777777" w:rsidR="00E115C7" w:rsidRDefault="00E115C7" w:rsidP="004B1194">
      <w:pPr>
        <w:spacing w:after="0" w:line="240" w:lineRule="auto"/>
        <w:rPr>
          <w:rFonts w:asciiTheme="majorHAnsi" w:eastAsia="Times New Roman" w:hAnsiTheme="majorHAnsi" w:cstheme="majorHAnsi"/>
          <w:sz w:val="24"/>
          <w:szCs w:val="24"/>
          <w:lang w:val="en-GB" w:eastAsia="en-GB"/>
        </w:rPr>
      </w:pPr>
    </w:p>
    <w:p w14:paraId="624E44ED" w14:textId="77777777" w:rsidR="007A64A3" w:rsidRPr="004B1194" w:rsidRDefault="007A64A3" w:rsidP="004B1194">
      <w:pPr>
        <w:spacing w:after="0" w:line="240" w:lineRule="auto"/>
        <w:rPr>
          <w:rFonts w:asciiTheme="majorHAnsi" w:eastAsia="Times New Roman" w:hAnsiTheme="majorHAnsi" w:cstheme="majorHAnsi"/>
          <w:sz w:val="24"/>
          <w:szCs w:val="24"/>
          <w:lang w:val="en-GB" w:eastAsia="en-GB"/>
        </w:rPr>
      </w:pPr>
    </w:p>
    <w:p w14:paraId="6162525C" w14:textId="77777777" w:rsidR="006633C0" w:rsidRPr="004B1194" w:rsidRDefault="006633C0" w:rsidP="004B1194">
      <w:pPr>
        <w:spacing w:after="0" w:line="240" w:lineRule="auto"/>
        <w:outlineLvl w:val="2"/>
        <w:rPr>
          <w:rFonts w:asciiTheme="majorHAnsi" w:eastAsia="Times New Roman" w:hAnsiTheme="majorHAnsi" w:cstheme="majorHAnsi"/>
          <w:b/>
          <w:bCs/>
          <w:sz w:val="27"/>
          <w:szCs w:val="27"/>
          <w:lang w:val="en-GB" w:eastAsia="en-GB"/>
        </w:rPr>
      </w:pPr>
      <w:r w:rsidRPr="004B1194">
        <w:rPr>
          <w:rFonts w:asciiTheme="majorHAnsi" w:eastAsia="Times New Roman" w:hAnsiTheme="majorHAnsi" w:cstheme="majorHAnsi"/>
          <w:b/>
          <w:bCs/>
          <w:sz w:val="27"/>
          <w:szCs w:val="27"/>
          <w:lang w:val="en-GB" w:eastAsia="en-GB"/>
        </w:rPr>
        <w:t>Contact Details</w:t>
      </w:r>
    </w:p>
    <w:p w14:paraId="13FE719C" w14:textId="77777777" w:rsidR="006633C0" w:rsidRDefault="006633C0" w:rsidP="004B1194">
      <w:pPr>
        <w:spacing w:after="0" w:line="240" w:lineRule="auto"/>
        <w:rPr>
          <w:rFonts w:asciiTheme="majorHAnsi" w:eastAsia="Times New Roman" w:hAnsiTheme="majorHAnsi" w:cstheme="majorHAnsi"/>
          <w:b/>
          <w:bCs/>
          <w:sz w:val="24"/>
          <w:szCs w:val="24"/>
          <w:lang w:val="en-GB" w:eastAsia="en-GB"/>
        </w:rPr>
      </w:pPr>
      <w:r w:rsidRPr="004B1194">
        <w:rPr>
          <w:rFonts w:asciiTheme="majorHAnsi" w:eastAsia="Times New Roman" w:hAnsiTheme="majorHAnsi" w:cstheme="majorHAnsi"/>
          <w:b/>
          <w:bCs/>
          <w:sz w:val="24"/>
          <w:szCs w:val="24"/>
          <w:lang w:val="en-GB" w:eastAsia="en-GB"/>
        </w:rPr>
        <w:t>For any queries or issues, please contact:</w:t>
      </w:r>
    </w:p>
    <w:p w14:paraId="5E32DF81" w14:textId="77777777" w:rsidR="008873CA" w:rsidRPr="004B1194" w:rsidRDefault="008873CA" w:rsidP="004B1194">
      <w:pPr>
        <w:spacing w:after="0" w:line="240" w:lineRule="auto"/>
        <w:rPr>
          <w:rFonts w:asciiTheme="majorHAnsi" w:eastAsia="Times New Roman" w:hAnsiTheme="majorHAnsi" w:cstheme="majorHAnsi"/>
          <w:b/>
          <w:bCs/>
          <w:sz w:val="24"/>
          <w:szCs w:val="24"/>
          <w:lang w:val="en-GB" w:eastAsia="en-GB"/>
        </w:rPr>
      </w:pPr>
    </w:p>
    <w:p w14:paraId="069F54CE" w14:textId="77CF8892" w:rsidR="008873CA" w:rsidRDefault="006633C0" w:rsidP="004B1194">
      <w:pPr>
        <w:spacing w:after="0" w:line="240" w:lineRule="auto"/>
        <w:rPr>
          <w:rFonts w:asciiTheme="majorHAnsi" w:eastAsia="Times New Roman" w:hAnsiTheme="majorHAnsi" w:cstheme="majorHAnsi"/>
          <w:sz w:val="24"/>
          <w:szCs w:val="24"/>
          <w:lang w:val="en-GB" w:eastAsia="en-GB"/>
        </w:rPr>
      </w:pPr>
      <w:r w:rsidRPr="004B1194">
        <w:rPr>
          <w:rFonts w:asciiTheme="majorHAnsi" w:eastAsia="Times New Roman" w:hAnsiTheme="majorHAnsi" w:cstheme="majorHAnsi"/>
          <w:b/>
          <w:bCs/>
          <w:sz w:val="24"/>
          <w:szCs w:val="24"/>
          <w:lang w:val="en-GB" w:eastAsia="en-GB"/>
        </w:rPr>
        <w:t>Upton &amp; North Elmsall Parish Council Clerk &amp; RFO</w:t>
      </w:r>
      <w:r w:rsidRPr="004B1194">
        <w:rPr>
          <w:rFonts w:asciiTheme="majorHAnsi" w:eastAsia="Times New Roman" w:hAnsiTheme="majorHAnsi" w:cstheme="majorHAnsi"/>
          <w:sz w:val="24"/>
          <w:szCs w:val="24"/>
          <w:lang w:val="en-GB" w:eastAsia="en-GB"/>
        </w:rPr>
        <w:br/>
        <w:t>Helen Senior</w:t>
      </w:r>
      <w:r w:rsidRPr="004B1194">
        <w:rPr>
          <w:rFonts w:asciiTheme="majorHAnsi" w:eastAsia="Times New Roman" w:hAnsiTheme="majorHAnsi" w:cstheme="majorHAnsi"/>
          <w:sz w:val="24"/>
          <w:szCs w:val="24"/>
          <w:lang w:val="en-GB" w:eastAsia="en-GB"/>
        </w:rPr>
        <w:br/>
      </w:r>
      <w:r w:rsidRPr="004B1194">
        <w:rPr>
          <w:rFonts w:ascii="Segoe UI Emoji" w:eastAsia="Times New Roman" w:hAnsi="Segoe UI Emoji" w:cs="Segoe UI Emoji"/>
          <w:sz w:val="24"/>
          <w:szCs w:val="24"/>
          <w:lang w:val="en-GB" w:eastAsia="en-GB"/>
        </w:rPr>
        <w:t>📞</w:t>
      </w:r>
      <w:r w:rsidRPr="004B1194">
        <w:rPr>
          <w:rFonts w:asciiTheme="majorHAnsi" w:eastAsia="Times New Roman" w:hAnsiTheme="majorHAnsi" w:cstheme="majorHAnsi"/>
          <w:sz w:val="24"/>
          <w:szCs w:val="24"/>
          <w:lang w:val="en-GB" w:eastAsia="en-GB"/>
        </w:rPr>
        <w:t xml:space="preserve"> 07</w:t>
      </w:r>
      <w:r w:rsidR="004B1194" w:rsidRPr="004B1194">
        <w:rPr>
          <w:rFonts w:asciiTheme="majorHAnsi" w:eastAsia="Times New Roman" w:hAnsiTheme="majorHAnsi" w:cstheme="majorHAnsi"/>
          <w:sz w:val="24"/>
          <w:szCs w:val="24"/>
          <w:lang w:val="en-GB" w:eastAsia="en-GB"/>
        </w:rPr>
        <w:t>463 630177</w:t>
      </w:r>
      <w:r w:rsidRPr="004B1194">
        <w:rPr>
          <w:rFonts w:asciiTheme="majorHAnsi" w:eastAsia="Times New Roman" w:hAnsiTheme="majorHAnsi" w:cstheme="majorHAnsi"/>
          <w:sz w:val="24"/>
          <w:szCs w:val="24"/>
          <w:lang w:val="en-GB" w:eastAsia="en-GB"/>
        </w:rPr>
        <w:br/>
      </w:r>
      <w:r w:rsidRPr="004B1194">
        <w:rPr>
          <w:rFonts w:ascii="Segoe UI Emoji" w:eastAsia="Times New Roman" w:hAnsi="Segoe UI Emoji" w:cs="Segoe UI Emoji"/>
          <w:sz w:val="24"/>
          <w:szCs w:val="24"/>
          <w:lang w:val="en-GB" w:eastAsia="en-GB"/>
        </w:rPr>
        <w:t>📧</w:t>
      </w:r>
      <w:r w:rsidRPr="004B1194">
        <w:rPr>
          <w:rFonts w:asciiTheme="majorHAnsi" w:eastAsia="Times New Roman" w:hAnsiTheme="majorHAnsi" w:cstheme="majorHAnsi"/>
          <w:sz w:val="24"/>
          <w:szCs w:val="24"/>
          <w:lang w:val="en-GB" w:eastAsia="en-GB"/>
        </w:rPr>
        <w:t xml:space="preserve"> </w:t>
      </w:r>
      <w:hyperlink r:id="rId18" w:history="1">
        <w:r w:rsidR="008873CA" w:rsidRPr="008470E0">
          <w:rPr>
            <w:rStyle w:val="Hyperlink"/>
            <w:rFonts w:asciiTheme="majorHAnsi" w:eastAsia="Times New Roman" w:hAnsiTheme="majorHAnsi" w:cstheme="majorHAnsi"/>
            <w:sz w:val="24"/>
            <w:szCs w:val="24"/>
            <w:lang w:val="en-GB" w:eastAsia="en-GB"/>
          </w:rPr>
          <w:t>clerk@uptonandnorthelmsall-pc.gov.uk</w:t>
        </w:r>
      </w:hyperlink>
    </w:p>
    <w:p w14:paraId="03FC60BA" w14:textId="77777777" w:rsidR="008873CA" w:rsidRDefault="008873CA" w:rsidP="004B1194">
      <w:pPr>
        <w:spacing w:after="0" w:line="240" w:lineRule="auto"/>
        <w:rPr>
          <w:rFonts w:asciiTheme="majorHAnsi" w:eastAsia="Times New Roman" w:hAnsiTheme="majorHAnsi" w:cstheme="majorHAnsi"/>
          <w:sz w:val="24"/>
          <w:szCs w:val="24"/>
          <w:lang w:val="en-GB" w:eastAsia="en-GB"/>
        </w:rPr>
      </w:pPr>
    </w:p>
    <w:p w14:paraId="6003B5A8" w14:textId="77777777" w:rsidR="007A64A3" w:rsidRDefault="007A64A3" w:rsidP="004B1194">
      <w:pPr>
        <w:spacing w:after="0" w:line="240" w:lineRule="auto"/>
        <w:rPr>
          <w:rFonts w:asciiTheme="majorHAnsi" w:eastAsia="Times New Roman" w:hAnsiTheme="majorHAnsi" w:cstheme="majorHAnsi"/>
          <w:sz w:val="24"/>
          <w:szCs w:val="24"/>
          <w:lang w:val="en-GB" w:eastAsia="en-GB"/>
        </w:rPr>
      </w:pPr>
    </w:p>
    <w:p w14:paraId="0D1C3573" w14:textId="35232ADA" w:rsidR="007B58AD" w:rsidRDefault="008873CA" w:rsidP="004B1194">
      <w:pPr>
        <w:spacing w:after="0" w:line="240" w:lineRule="auto"/>
      </w:pPr>
      <w:r w:rsidRPr="004B1194">
        <w:rPr>
          <w:rFonts w:asciiTheme="majorHAnsi" w:eastAsia="Times New Roman" w:hAnsiTheme="majorHAnsi" w:cstheme="majorHAnsi"/>
          <w:b/>
          <w:bCs/>
          <w:sz w:val="24"/>
          <w:szCs w:val="24"/>
          <w:lang w:val="en-GB" w:eastAsia="en-GB"/>
        </w:rPr>
        <w:t xml:space="preserve">Upton &amp; North Elmsall Parish Council </w:t>
      </w:r>
      <w:r>
        <w:rPr>
          <w:rFonts w:asciiTheme="majorHAnsi" w:eastAsia="Times New Roman" w:hAnsiTheme="majorHAnsi" w:cstheme="majorHAnsi"/>
          <w:b/>
          <w:bCs/>
          <w:sz w:val="24"/>
          <w:szCs w:val="24"/>
          <w:lang w:val="en-GB" w:eastAsia="en-GB"/>
        </w:rPr>
        <w:t>Admin &amp; Allotment Manager</w:t>
      </w:r>
      <w:r w:rsidRPr="004B1194">
        <w:rPr>
          <w:rFonts w:asciiTheme="majorHAnsi" w:eastAsia="Times New Roman" w:hAnsiTheme="majorHAnsi" w:cstheme="majorHAnsi"/>
          <w:sz w:val="24"/>
          <w:szCs w:val="24"/>
          <w:lang w:val="en-GB" w:eastAsia="en-GB"/>
        </w:rPr>
        <w:br/>
      </w:r>
      <w:r>
        <w:rPr>
          <w:rFonts w:asciiTheme="majorHAnsi" w:eastAsia="Times New Roman" w:hAnsiTheme="majorHAnsi" w:cstheme="majorHAnsi"/>
          <w:sz w:val="24"/>
          <w:szCs w:val="24"/>
          <w:lang w:val="en-GB" w:eastAsia="en-GB"/>
        </w:rPr>
        <w:t>Angela Spencer</w:t>
      </w:r>
      <w:r w:rsidRPr="004B1194">
        <w:rPr>
          <w:rFonts w:asciiTheme="majorHAnsi" w:eastAsia="Times New Roman" w:hAnsiTheme="majorHAnsi" w:cstheme="majorHAnsi"/>
          <w:sz w:val="24"/>
          <w:szCs w:val="24"/>
          <w:lang w:val="en-GB" w:eastAsia="en-GB"/>
        </w:rPr>
        <w:br/>
      </w:r>
      <w:r w:rsidRPr="004B1194">
        <w:rPr>
          <w:rFonts w:ascii="Segoe UI Emoji" w:eastAsia="Times New Roman" w:hAnsi="Segoe UI Emoji" w:cs="Segoe UI Emoji"/>
          <w:sz w:val="24"/>
          <w:szCs w:val="24"/>
          <w:lang w:val="en-GB" w:eastAsia="en-GB"/>
        </w:rPr>
        <w:t>📞</w:t>
      </w:r>
      <w:r w:rsidRPr="004B1194">
        <w:rPr>
          <w:rFonts w:asciiTheme="majorHAnsi" w:eastAsia="Times New Roman" w:hAnsiTheme="majorHAnsi" w:cstheme="majorHAnsi"/>
          <w:sz w:val="24"/>
          <w:szCs w:val="24"/>
          <w:lang w:val="en-GB" w:eastAsia="en-GB"/>
        </w:rPr>
        <w:t xml:space="preserve"> 07</w:t>
      </w:r>
      <w:r>
        <w:rPr>
          <w:rFonts w:asciiTheme="majorHAnsi" w:eastAsia="Times New Roman" w:hAnsiTheme="majorHAnsi" w:cstheme="majorHAnsi"/>
          <w:sz w:val="24"/>
          <w:szCs w:val="24"/>
          <w:lang w:val="en-GB" w:eastAsia="en-GB"/>
        </w:rPr>
        <w:t>311 973314</w:t>
      </w:r>
      <w:r w:rsidRPr="004B1194">
        <w:rPr>
          <w:rFonts w:asciiTheme="majorHAnsi" w:eastAsia="Times New Roman" w:hAnsiTheme="majorHAnsi" w:cstheme="majorHAnsi"/>
          <w:sz w:val="24"/>
          <w:szCs w:val="24"/>
          <w:lang w:val="en-GB" w:eastAsia="en-GB"/>
        </w:rPr>
        <w:br/>
      </w:r>
      <w:r w:rsidRPr="004B1194">
        <w:rPr>
          <w:rFonts w:ascii="Segoe UI Emoji" w:eastAsia="Times New Roman" w:hAnsi="Segoe UI Emoji" w:cs="Segoe UI Emoji"/>
          <w:sz w:val="24"/>
          <w:szCs w:val="24"/>
          <w:lang w:val="en-GB" w:eastAsia="en-GB"/>
        </w:rPr>
        <w:t>📧</w:t>
      </w:r>
      <w:r w:rsidRPr="004B1194">
        <w:rPr>
          <w:rFonts w:asciiTheme="majorHAnsi" w:eastAsia="Times New Roman" w:hAnsiTheme="majorHAnsi" w:cstheme="majorHAnsi"/>
          <w:sz w:val="24"/>
          <w:szCs w:val="24"/>
          <w:lang w:val="en-GB" w:eastAsia="en-GB"/>
        </w:rPr>
        <w:t xml:space="preserve"> </w:t>
      </w:r>
      <w:hyperlink r:id="rId19" w:history="1">
        <w:r w:rsidRPr="008470E0">
          <w:rPr>
            <w:rStyle w:val="Hyperlink"/>
            <w:rFonts w:asciiTheme="majorHAnsi" w:eastAsia="Times New Roman" w:hAnsiTheme="majorHAnsi" w:cstheme="majorHAnsi"/>
            <w:sz w:val="24"/>
            <w:szCs w:val="24"/>
            <w:lang w:val="en-GB" w:eastAsia="en-GB"/>
          </w:rPr>
          <w:t>admin@uptonandnorthelmsall-pc.gov.uk</w:t>
        </w:r>
      </w:hyperlink>
    </w:p>
    <w:p w14:paraId="712ED2CE" w14:textId="77777777" w:rsidR="00DE2342" w:rsidRDefault="00DE2342" w:rsidP="004B1194">
      <w:pPr>
        <w:spacing w:after="0" w:line="240" w:lineRule="auto"/>
      </w:pPr>
    </w:p>
    <w:p w14:paraId="16A95BA1" w14:textId="77777777" w:rsidR="00DE2342" w:rsidRDefault="00DE2342" w:rsidP="004B1194">
      <w:pPr>
        <w:spacing w:after="0" w:line="240" w:lineRule="auto"/>
      </w:pPr>
    </w:p>
    <w:p w14:paraId="27AA084B" w14:textId="77777777" w:rsidR="00DE2342" w:rsidRDefault="00DE2342" w:rsidP="004B1194">
      <w:pPr>
        <w:spacing w:after="0" w:line="240" w:lineRule="auto"/>
      </w:pPr>
    </w:p>
    <w:p w14:paraId="255BBD73" w14:textId="77777777" w:rsidR="00DE2342" w:rsidRDefault="00DE2342" w:rsidP="004B1194">
      <w:pPr>
        <w:spacing w:after="0" w:line="240" w:lineRule="auto"/>
      </w:pPr>
    </w:p>
    <w:p w14:paraId="7BBE27BA" w14:textId="77777777" w:rsidR="00DE2342" w:rsidRDefault="00DE2342" w:rsidP="004B1194">
      <w:pPr>
        <w:spacing w:after="0" w:line="240" w:lineRule="auto"/>
      </w:pPr>
    </w:p>
    <w:p w14:paraId="2CED6E6C" w14:textId="77777777" w:rsidR="00DE2342" w:rsidRDefault="00DE2342" w:rsidP="004B1194">
      <w:pPr>
        <w:spacing w:after="0" w:line="240" w:lineRule="auto"/>
      </w:pPr>
    </w:p>
    <w:p w14:paraId="6337D43E" w14:textId="77777777" w:rsidR="00DE2342" w:rsidRDefault="00DE2342" w:rsidP="004B1194">
      <w:pPr>
        <w:spacing w:after="0" w:line="240" w:lineRule="auto"/>
      </w:pPr>
    </w:p>
    <w:p w14:paraId="06756259" w14:textId="77777777" w:rsidR="00DE2342" w:rsidRDefault="00DE2342" w:rsidP="004B1194">
      <w:pPr>
        <w:spacing w:after="0" w:line="240" w:lineRule="auto"/>
      </w:pPr>
    </w:p>
    <w:p w14:paraId="2AF3C871" w14:textId="77777777" w:rsidR="00DE2342" w:rsidRDefault="00DE2342" w:rsidP="004B1194">
      <w:pPr>
        <w:spacing w:after="0" w:line="240" w:lineRule="auto"/>
      </w:pPr>
    </w:p>
    <w:p w14:paraId="49BE4F29" w14:textId="77777777" w:rsidR="00DE2342" w:rsidRDefault="00DE2342" w:rsidP="004B1194">
      <w:pPr>
        <w:spacing w:after="0" w:line="240" w:lineRule="auto"/>
      </w:pPr>
    </w:p>
    <w:p w14:paraId="193A99B7" w14:textId="77777777" w:rsidR="00DE2342" w:rsidRDefault="00DE2342" w:rsidP="004B1194">
      <w:pPr>
        <w:spacing w:after="0" w:line="240" w:lineRule="auto"/>
      </w:pPr>
    </w:p>
    <w:p w14:paraId="27AEDD29" w14:textId="77777777" w:rsidR="00DE2342" w:rsidRDefault="00DE2342" w:rsidP="004B1194">
      <w:pPr>
        <w:spacing w:after="0" w:line="240" w:lineRule="auto"/>
      </w:pPr>
    </w:p>
    <w:p w14:paraId="620D8475" w14:textId="77777777" w:rsidR="00DE2342" w:rsidRDefault="00DE2342" w:rsidP="004B1194">
      <w:pPr>
        <w:spacing w:after="0" w:line="240" w:lineRule="auto"/>
      </w:pPr>
    </w:p>
    <w:p w14:paraId="6D1624BD" w14:textId="77777777" w:rsidR="00DE2342" w:rsidRDefault="00DE2342" w:rsidP="004B1194">
      <w:pPr>
        <w:spacing w:after="0" w:line="240" w:lineRule="auto"/>
      </w:pPr>
    </w:p>
    <w:p w14:paraId="7447D591" w14:textId="77777777" w:rsidR="00DE2342" w:rsidRDefault="00DE2342" w:rsidP="004B1194">
      <w:pPr>
        <w:spacing w:after="0" w:line="240" w:lineRule="auto"/>
      </w:pPr>
    </w:p>
    <w:p w14:paraId="5C744AE7" w14:textId="77777777" w:rsidR="00DE2342" w:rsidRDefault="00DE2342" w:rsidP="004B1194">
      <w:pPr>
        <w:spacing w:after="0" w:line="240" w:lineRule="auto"/>
      </w:pPr>
    </w:p>
    <w:p w14:paraId="3104D901" w14:textId="77777777" w:rsidR="00DE2342" w:rsidRDefault="00DE2342" w:rsidP="004B1194">
      <w:pPr>
        <w:spacing w:after="0" w:line="240" w:lineRule="auto"/>
      </w:pPr>
    </w:p>
    <w:p w14:paraId="52139D1E" w14:textId="77777777" w:rsidR="00DE2342" w:rsidRDefault="00DE2342" w:rsidP="004B1194">
      <w:pPr>
        <w:spacing w:after="0" w:line="240" w:lineRule="auto"/>
      </w:pPr>
    </w:p>
    <w:p w14:paraId="13FA9425" w14:textId="77777777" w:rsidR="00DE2342" w:rsidRDefault="00DE2342" w:rsidP="004B1194">
      <w:pPr>
        <w:spacing w:after="0" w:line="240" w:lineRule="auto"/>
      </w:pPr>
    </w:p>
    <w:p w14:paraId="4134C0F9" w14:textId="77777777" w:rsidR="00DE2342" w:rsidRDefault="00DE2342" w:rsidP="004B1194">
      <w:pPr>
        <w:spacing w:after="0" w:line="240" w:lineRule="auto"/>
      </w:pPr>
    </w:p>
    <w:p w14:paraId="5444E56F" w14:textId="77777777" w:rsidR="00DE2342" w:rsidRDefault="00DE2342" w:rsidP="004B1194">
      <w:pPr>
        <w:spacing w:after="0" w:line="240" w:lineRule="auto"/>
      </w:pPr>
    </w:p>
    <w:p w14:paraId="384B6B11" w14:textId="77777777" w:rsidR="00DE2342" w:rsidRDefault="00DE2342" w:rsidP="004B1194">
      <w:pPr>
        <w:spacing w:after="0" w:line="240" w:lineRule="auto"/>
      </w:pPr>
    </w:p>
    <w:p w14:paraId="6ED17E31" w14:textId="77777777" w:rsidR="00DE2342" w:rsidRDefault="00DE2342" w:rsidP="004B1194">
      <w:pPr>
        <w:spacing w:after="0" w:line="240" w:lineRule="auto"/>
      </w:pPr>
    </w:p>
    <w:p w14:paraId="2353B183" w14:textId="77777777" w:rsidR="00DE2342" w:rsidRDefault="00DE2342" w:rsidP="004B1194">
      <w:pPr>
        <w:spacing w:after="0" w:line="240" w:lineRule="auto"/>
      </w:pPr>
    </w:p>
    <w:p w14:paraId="5972E4F7" w14:textId="77777777" w:rsidR="00DE2342" w:rsidRDefault="00DE2342" w:rsidP="004B1194">
      <w:pPr>
        <w:spacing w:after="0" w:line="240" w:lineRule="auto"/>
      </w:pPr>
    </w:p>
    <w:p w14:paraId="0E576B8A" w14:textId="77777777" w:rsidR="00DE2342" w:rsidRDefault="00DE2342" w:rsidP="004B1194">
      <w:pPr>
        <w:spacing w:after="0" w:line="240" w:lineRule="auto"/>
      </w:pPr>
    </w:p>
    <w:p w14:paraId="0D9FA316" w14:textId="77777777" w:rsidR="00DE2342" w:rsidRDefault="00DE2342" w:rsidP="004B1194">
      <w:pPr>
        <w:spacing w:after="0" w:line="240" w:lineRule="auto"/>
      </w:pPr>
    </w:p>
    <w:p w14:paraId="7C425692" w14:textId="77777777" w:rsidR="00DE2342" w:rsidRDefault="00DE2342" w:rsidP="004B1194">
      <w:pPr>
        <w:spacing w:after="0" w:line="240" w:lineRule="auto"/>
      </w:pPr>
    </w:p>
    <w:p w14:paraId="56962C76" w14:textId="77777777" w:rsidR="00DE2342" w:rsidRDefault="00DE2342" w:rsidP="004B1194">
      <w:pPr>
        <w:spacing w:after="0" w:line="240" w:lineRule="auto"/>
      </w:pPr>
    </w:p>
    <w:p w14:paraId="2C8EBD05" w14:textId="77777777" w:rsidR="00DE2342" w:rsidRDefault="00DE2342" w:rsidP="004B1194">
      <w:pPr>
        <w:spacing w:after="0" w:line="240" w:lineRule="auto"/>
      </w:pPr>
    </w:p>
    <w:p w14:paraId="54709850" w14:textId="77777777" w:rsidR="00DE2342" w:rsidRDefault="00DE2342" w:rsidP="004B1194">
      <w:pPr>
        <w:spacing w:after="0" w:line="240" w:lineRule="auto"/>
      </w:pPr>
    </w:p>
    <w:p w14:paraId="7B6F995B" w14:textId="77777777" w:rsidR="00DE2342" w:rsidRDefault="00DE2342" w:rsidP="004B1194">
      <w:pPr>
        <w:spacing w:after="0" w:line="240" w:lineRule="auto"/>
      </w:pPr>
    </w:p>
    <w:p w14:paraId="5EFA2388" w14:textId="77777777" w:rsidR="00DE2342" w:rsidRDefault="00DE2342" w:rsidP="004B1194">
      <w:pPr>
        <w:spacing w:after="0" w:line="240" w:lineRule="auto"/>
      </w:pPr>
    </w:p>
    <w:p w14:paraId="429130C1" w14:textId="77777777" w:rsidR="00DE2342" w:rsidRDefault="00DE2342" w:rsidP="004B1194">
      <w:pPr>
        <w:spacing w:after="0" w:line="240" w:lineRule="auto"/>
      </w:pPr>
    </w:p>
    <w:p w14:paraId="706C8A6C" w14:textId="77777777" w:rsidR="00DE2342" w:rsidRDefault="00DE2342" w:rsidP="004B1194">
      <w:pPr>
        <w:spacing w:after="0" w:line="240" w:lineRule="auto"/>
      </w:pPr>
    </w:p>
    <w:p w14:paraId="2633AE5E" w14:textId="77777777" w:rsidR="00DE2342" w:rsidRDefault="00DE2342" w:rsidP="004B1194">
      <w:pPr>
        <w:spacing w:after="0" w:line="240" w:lineRule="auto"/>
      </w:pPr>
    </w:p>
    <w:p w14:paraId="66018BD2" w14:textId="77777777" w:rsidR="00DE2342" w:rsidRDefault="00DE2342" w:rsidP="004B1194">
      <w:pPr>
        <w:spacing w:after="0" w:line="240" w:lineRule="auto"/>
      </w:pPr>
    </w:p>
    <w:p w14:paraId="01266E65" w14:textId="77777777" w:rsidR="00DE2342" w:rsidRDefault="00DE2342" w:rsidP="004B1194">
      <w:pPr>
        <w:spacing w:after="0" w:line="240" w:lineRule="auto"/>
      </w:pPr>
    </w:p>
    <w:p w14:paraId="6B961EFA" w14:textId="77777777" w:rsidR="00DE2342" w:rsidRDefault="00DE2342" w:rsidP="004B1194">
      <w:pPr>
        <w:spacing w:after="0" w:line="240" w:lineRule="auto"/>
      </w:pPr>
    </w:p>
    <w:p w14:paraId="26CBDB0D" w14:textId="77777777" w:rsidR="00DE2342" w:rsidRDefault="00DE2342" w:rsidP="004B1194">
      <w:pPr>
        <w:spacing w:after="0" w:line="240" w:lineRule="auto"/>
      </w:pPr>
    </w:p>
    <w:p w14:paraId="7CCABD84" w14:textId="77777777" w:rsidR="00DE2342" w:rsidRDefault="00DE2342" w:rsidP="004B1194">
      <w:pPr>
        <w:spacing w:after="0" w:line="240" w:lineRule="auto"/>
      </w:pPr>
    </w:p>
    <w:p w14:paraId="7FD5D81A" w14:textId="77777777" w:rsidR="00DE2342" w:rsidRDefault="00DE2342" w:rsidP="004B1194">
      <w:pPr>
        <w:spacing w:after="0" w:line="240" w:lineRule="auto"/>
      </w:pPr>
    </w:p>
    <w:p w14:paraId="58EAA388" w14:textId="77777777" w:rsidR="00DE2342" w:rsidRDefault="00DE2342" w:rsidP="004B1194">
      <w:pPr>
        <w:spacing w:after="0" w:line="240" w:lineRule="auto"/>
      </w:pPr>
    </w:p>
    <w:p w14:paraId="0E673672" w14:textId="77777777" w:rsidR="00DE2342" w:rsidRDefault="00DE2342" w:rsidP="004B1194">
      <w:pPr>
        <w:spacing w:after="0" w:line="240" w:lineRule="auto"/>
      </w:pPr>
    </w:p>
    <w:p w14:paraId="30274181" w14:textId="77777777" w:rsidR="00DE2342" w:rsidRDefault="00DE2342" w:rsidP="004B1194">
      <w:pPr>
        <w:spacing w:after="0" w:line="240" w:lineRule="auto"/>
      </w:pPr>
    </w:p>
    <w:p w14:paraId="051CAE56" w14:textId="77777777" w:rsidR="00DE2342" w:rsidRDefault="00DE2342" w:rsidP="004B1194">
      <w:pPr>
        <w:spacing w:after="0" w:line="240" w:lineRule="auto"/>
      </w:pPr>
    </w:p>
    <w:p w14:paraId="3F065F4C" w14:textId="77777777" w:rsidR="00DE2342" w:rsidRDefault="00DE2342" w:rsidP="004B1194">
      <w:pPr>
        <w:spacing w:after="0" w:line="240" w:lineRule="auto"/>
      </w:pPr>
    </w:p>
    <w:p w14:paraId="1A8E6AF0" w14:textId="77777777" w:rsidR="00DE2342" w:rsidRDefault="00DE2342" w:rsidP="004B1194">
      <w:pPr>
        <w:spacing w:after="0" w:line="240" w:lineRule="auto"/>
      </w:pPr>
    </w:p>
    <w:p w14:paraId="4BEC275B" w14:textId="77777777" w:rsidR="00DE2342" w:rsidRDefault="00DE2342" w:rsidP="004B1194">
      <w:pPr>
        <w:spacing w:after="0" w:line="240" w:lineRule="auto"/>
      </w:pPr>
    </w:p>
    <w:p w14:paraId="726B9D34" w14:textId="77777777" w:rsidR="00DE2342" w:rsidRDefault="00DE2342" w:rsidP="004B1194">
      <w:pPr>
        <w:spacing w:after="0" w:line="240" w:lineRule="auto"/>
      </w:pPr>
    </w:p>
    <w:p w14:paraId="7363F742" w14:textId="77777777" w:rsidR="00DE2342" w:rsidRDefault="00DE2342" w:rsidP="004B1194">
      <w:pPr>
        <w:spacing w:after="0" w:line="240" w:lineRule="auto"/>
      </w:pPr>
    </w:p>
    <w:p w14:paraId="050F3C53" w14:textId="77777777" w:rsidR="00DE2342" w:rsidRDefault="00DE2342" w:rsidP="004B1194">
      <w:pPr>
        <w:spacing w:after="0" w:line="240" w:lineRule="auto"/>
      </w:pPr>
    </w:p>
    <w:p w14:paraId="2C27D4BD" w14:textId="77777777" w:rsidR="00DE2342" w:rsidRDefault="00DE2342" w:rsidP="004B1194">
      <w:pPr>
        <w:spacing w:after="0" w:line="240" w:lineRule="auto"/>
      </w:pPr>
    </w:p>
    <w:p w14:paraId="50A37B7F" w14:textId="77777777" w:rsidR="00DE2342" w:rsidRDefault="00DE2342" w:rsidP="004B1194">
      <w:pPr>
        <w:spacing w:after="0" w:line="240" w:lineRule="auto"/>
      </w:pPr>
    </w:p>
    <w:p w14:paraId="78323A2C" w14:textId="77777777" w:rsidR="00DE2342" w:rsidRDefault="00DE2342" w:rsidP="004B1194">
      <w:pPr>
        <w:spacing w:after="0" w:line="240" w:lineRule="auto"/>
      </w:pPr>
    </w:p>
    <w:p w14:paraId="107A4DDA" w14:textId="77777777" w:rsidR="00DE2342" w:rsidRDefault="00DE2342" w:rsidP="004B1194">
      <w:pPr>
        <w:spacing w:after="0" w:line="240" w:lineRule="auto"/>
      </w:pPr>
    </w:p>
    <w:p w14:paraId="63755EAA" w14:textId="77777777" w:rsidR="00DE2342" w:rsidRDefault="00DE2342" w:rsidP="004B1194">
      <w:pPr>
        <w:spacing w:after="0" w:line="240" w:lineRule="auto"/>
      </w:pPr>
    </w:p>
    <w:p w14:paraId="0B166FEB" w14:textId="77777777" w:rsidR="00DE2342" w:rsidRDefault="00DE2342" w:rsidP="004B1194">
      <w:pPr>
        <w:spacing w:after="0" w:line="240" w:lineRule="auto"/>
      </w:pPr>
    </w:p>
    <w:p w14:paraId="2CBF2C91" w14:textId="77777777" w:rsidR="00DE2342" w:rsidRDefault="00DE2342" w:rsidP="004B1194">
      <w:pPr>
        <w:spacing w:after="0" w:line="240" w:lineRule="auto"/>
      </w:pPr>
    </w:p>
    <w:p w14:paraId="39AA8D7B" w14:textId="238A6AAC" w:rsidR="00DE2342" w:rsidRPr="00811DA8" w:rsidRDefault="00DE2342" w:rsidP="00DE2342">
      <w:pPr>
        <w:pStyle w:val="NoSpacing"/>
        <w:ind w:left="1440" w:firstLine="720"/>
        <w:rPr>
          <w:rFonts w:asciiTheme="majorHAnsi" w:hAnsiTheme="majorHAnsi" w:cstheme="majorHAnsi"/>
          <w:b/>
          <w:bCs/>
          <w:color w:val="6F4B73"/>
          <w:sz w:val="36"/>
          <w:szCs w:val="36"/>
        </w:rPr>
      </w:pPr>
      <w:r w:rsidRPr="00811DA8">
        <w:rPr>
          <w:rFonts w:asciiTheme="majorHAnsi" w:hAnsiTheme="majorHAnsi" w:cstheme="majorHAnsi"/>
          <w:noProof/>
          <w:color w:val="6F4B73"/>
          <w:sz w:val="36"/>
          <w:szCs w:val="36"/>
        </w:rPr>
        <w:lastRenderedPageBreak/>
        <w:drawing>
          <wp:anchor distT="0" distB="0" distL="114300" distR="114300" simplePos="0" relativeHeight="251665408" behindDoc="0" locked="0" layoutInCell="1" allowOverlap="1" wp14:anchorId="3BB46C05" wp14:editId="13A0D19D">
            <wp:simplePos x="0" y="0"/>
            <wp:positionH relativeFrom="column">
              <wp:posOffset>38100</wp:posOffset>
            </wp:positionH>
            <wp:positionV relativeFrom="paragraph">
              <wp:posOffset>-66675</wp:posOffset>
            </wp:positionV>
            <wp:extent cx="1123950" cy="866454"/>
            <wp:effectExtent l="0" t="0" r="0" b="0"/>
            <wp:wrapNone/>
            <wp:docPr id="1179840796" name="Picture 117984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23950" cy="866454"/>
                    </a:xfrm>
                    <a:prstGeom prst="rect">
                      <a:avLst/>
                    </a:prstGeom>
                  </pic:spPr>
                </pic:pic>
              </a:graphicData>
            </a:graphic>
            <wp14:sizeRelH relativeFrom="margin">
              <wp14:pctWidth>0</wp14:pctWidth>
            </wp14:sizeRelH>
            <wp14:sizeRelV relativeFrom="margin">
              <wp14:pctHeight>0</wp14:pctHeight>
            </wp14:sizeRelV>
          </wp:anchor>
        </w:drawing>
      </w:r>
      <w:r w:rsidRPr="00811DA8">
        <w:rPr>
          <w:rFonts w:asciiTheme="majorHAnsi" w:hAnsiTheme="majorHAnsi" w:cstheme="majorHAnsi"/>
          <w:b/>
          <w:bCs/>
          <w:color w:val="6F4B73"/>
          <w:sz w:val="36"/>
          <w:szCs w:val="36"/>
        </w:rPr>
        <w:t>UPTON &amp; NORTH ELMSALL PARISH COUNCIL</w:t>
      </w:r>
      <w:r>
        <w:rPr>
          <w:rFonts w:asciiTheme="majorHAnsi" w:hAnsiTheme="majorHAnsi" w:cstheme="majorHAnsi"/>
          <w:b/>
          <w:bCs/>
          <w:color w:val="6F4B73"/>
          <w:sz w:val="36"/>
          <w:szCs w:val="36"/>
        </w:rPr>
        <w:tab/>
      </w:r>
    </w:p>
    <w:p w14:paraId="5F027D8D" w14:textId="77777777" w:rsidR="00DE2342" w:rsidRPr="00811DA8" w:rsidRDefault="00DE2342" w:rsidP="00DE2342">
      <w:pPr>
        <w:pStyle w:val="NoSpacing"/>
        <w:rPr>
          <w:rFonts w:asciiTheme="majorHAnsi" w:hAnsiTheme="majorHAnsi" w:cstheme="majorHAnsi"/>
          <w:color w:val="6F4B73"/>
          <w:sz w:val="24"/>
          <w:szCs w:val="24"/>
        </w:rPr>
      </w:pP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r>
      <w:r w:rsidRPr="00811DA8">
        <w:rPr>
          <w:rFonts w:asciiTheme="majorHAnsi" w:hAnsiTheme="majorHAnsi" w:cstheme="majorHAnsi"/>
          <w:color w:val="6F4B73"/>
          <w:sz w:val="24"/>
          <w:szCs w:val="24"/>
        </w:rPr>
        <w:tab/>
        <w:t>The Village Hall, Harewood Lane, Upton, WF9 1JB</w:t>
      </w:r>
    </w:p>
    <w:p w14:paraId="7D976A34" w14:textId="77777777" w:rsidR="00DE2342" w:rsidRPr="00811DA8" w:rsidRDefault="00DE2342" w:rsidP="00DE2342">
      <w:pPr>
        <w:pStyle w:val="NoSpacing"/>
        <w:ind w:left="1440" w:firstLine="720"/>
        <w:rPr>
          <w:rFonts w:asciiTheme="majorHAnsi" w:hAnsiTheme="majorHAnsi" w:cstheme="majorHAnsi"/>
          <w:sz w:val="24"/>
          <w:szCs w:val="24"/>
        </w:rPr>
      </w:pPr>
      <w:r w:rsidRPr="00811DA8">
        <w:rPr>
          <w:rFonts w:asciiTheme="majorHAnsi" w:hAnsiTheme="majorHAnsi" w:cstheme="majorHAnsi"/>
          <w:sz w:val="24"/>
          <w:szCs w:val="24"/>
        </w:rPr>
        <w:t>(01977) 64328</w:t>
      </w:r>
      <w:r>
        <w:rPr>
          <w:rFonts w:asciiTheme="majorHAnsi" w:hAnsiTheme="majorHAnsi" w:cstheme="majorHAnsi"/>
          <w:sz w:val="24"/>
          <w:szCs w:val="24"/>
        </w:rPr>
        <w:t>3</w:t>
      </w:r>
      <w:r w:rsidRPr="00811DA8">
        <w:rPr>
          <w:rFonts w:asciiTheme="majorHAnsi" w:hAnsiTheme="majorHAnsi" w:cstheme="majorHAnsi"/>
          <w:sz w:val="24"/>
          <w:szCs w:val="24"/>
        </w:rPr>
        <w:t xml:space="preserve"> / 645351 </w:t>
      </w:r>
      <w:r w:rsidRPr="00811DA8">
        <w:rPr>
          <w:rFonts w:asciiTheme="majorHAnsi" w:hAnsiTheme="majorHAnsi" w:cstheme="majorHAnsi"/>
          <w:color w:val="6F4B73"/>
          <w:sz w:val="24"/>
          <w:szCs w:val="24"/>
        </w:rPr>
        <w:t>|</w:t>
      </w:r>
      <w:r w:rsidRPr="00811DA8">
        <w:rPr>
          <w:rFonts w:asciiTheme="majorHAnsi" w:hAnsiTheme="majorHAnsi" w:cstheme="majorHAnsi"/>
          <w:sz w:val="24"/>
          <w:szCs w:val="24"/>
        </w:rPr>
        <w:t xml:space="preserve"> </w:t>
      </w:r>
      <w:hyperlink r:id="rId20" w:history="1">
        <w:r w:rsidRPr="00811DA8">
          <w:rPr>
            <w:rStyle w:val="Hyperlink"/>
            <w:rFonts w:asciiTheme="majorHAnsi" w:hAnsiTheme="majorHAnsi" w:cstheme="majorHAnsi"/>
            <w:sz w:val="24"/>
            <w:szCs w:val="24"/>
          </w:rPr>
          <w:t>clerk@uptonandnorthelmsall-pc.gov.uk</w:t>
        </w:r>
      </w:hyperlink>
    </w:p>
    <w:p w14:paraId="34D240E1" w14:textId="77777777" w:rsidR="00DE2342" w:rsidRPr="00811DA8" w:rsidRDefault="00DE2342" w:rsidP="00DE2342">
      <w:pPr>
        <w:pStyle w:val="NoSpacing"/>
        <w:ind w:left="4320"/>
        <w:rPr>
          <w:rFonts w:asciiTheme="majorHAnsi" w:hAnsiTheme="majorHAnsi" w:cstheme="majorHAnsi"/>
          <w:sz w:val="24"/>
          <w:szCs w:val="24"/>
        </w:rPr>
      </w:pPr>
      <w:r w:rsidRPr="00811DA8">
        <w:rPr>
          <w:rFonts w:asciiTheme="majorHAnsi" w:hAnsiTheme="majorHAnsi" w:cstheme="majorHAnsi"/>
          <w:sz w:val="24"/>
          <w:szCs w:val="24"/>
        </w:rPr>
        <w:t xml:space="preserve">          </w:t>
      </w:r>
      <w:hyperlink r:id="rId21" w:history="1">
        <w:r w:rsidRPr="00811DA8">
          <w:rPr>
            <w:rStyle w:val="Hyperlink"/>
            <w:rFonts w:asciiTheme="majorHAnsi" w:hAnsiTheme="majorHAnsi" w:cstheme="majorHAnsi"/>
            <w:sz w:val="24"/>
            <w:szCs w:val="24"/>
          </w:rPr>
          <w:t>admin@uptonandnorthelmsall-pc.gov.uk</w:t>
        </w:r>
      </w:hyperlink>
      <w:r w:rsidRPr="00811DA8">
        <w:rPr>
          <w:rFonts w:asciiTheme="majorHAnsi" w:hAnsiTheme="majorHAnsi" w:cstheme="majorHAnsi"/>
          <w:sz w:val="24"/>
          <w:szCs w:val="24"/>
        </w:rPr>
        <w:t xml:space="preserve"> </w:t>
      </w:r>
    </w:p>
    <w:p w14:paraId="010FD87A" w14:textId="77777777" w:rsidR="00DE2342" w:rsidRPr="00E658CB" w:rsidRDefault="00DE2342" w:rsidP="00DE2342">
      <w:pPr>
        <w:pStyle w:val="NoSpacing"/>
        <w:rPr>
          <w:color w:val="7030A0"/>
          <w:sz w:val="12"/>
          <w:szCs w:val="12"/>
        </w:rPr>
      </w:pPr>
    </w:p>
    <w:p w14:paraId="57F0608A" w14:textId="77777777" w:rsidR="00DE2342" w:rsidRPr="003E24B7" w:rsidRDefault="00DE2342" w:rsidP="00DE2342">
      <w:pPr>
        <w:pStyle w:val="NoSpacing"/>
        <w:pBdr>
          <w:top w:val="single" w:sz="18" w:space="1" w:color="6F4B73"/>
        </w:pBdr>
        <w:rPr>
          <w:rFonts w:cstheme="minorHAnsi"/>
          <w:b/>
          <w:sz w:val="24"/>
          <w:szCs w:val="24"/>
        </w:rPr>
      </w:pPr>
    </w:p>
    <w:p w14:paraId="6D0D0428" w14:textId="77777777" w:rsidR="00C01765" w:rsidRPr="00C01765" w:rsidRDefault="00C01765" w:rsidP="00C01765">
      <w:pPr>
        <w:spacing w:after="0" w:line="240" w:lineRule="auto"/>
        <w:jc w:val="center"/>
        <w:rPr>
          <w:rFonts w:ascii="Calibri" w:eastAsia="Times New Roman" w:hAnsi="Calibri" w:cs="Calibri"/>
          <w:sz w:val="28"/>
          <w:szCs w:val="28"/>
          <w:lang w:val="en-GB" w:eastAsia="en-GB"/>
        </w:rPr>
      </w:pPr>
      <w:r w:rsidRPr="00C01765">
        <w:rPr>
          <w:rFonts w:ascii="Calibri" w:eastAsia="Times New Roman" w:hAnsi="Calibri" w:cs="Calibri"/>
          <w:b/>
          <w:bCs/>
          <w:sz w:val="28"/>
          <w:szCs w:val="28"/>
          <w:lang w:val="en-GB" w:eastAsia="en-GB"/>
        </w:rPr>
        <w:t>UPTON &amp; NORTH ELMSALL PARISH COUNCIL</w:t>
      </w:r>
    </w:p>
    <w:p w14:paraId="27655D4E" w14:textId="77777777" w:rsidR="00C01765" w:rsidRPr="00C01765" w:rsidRDefault="00C01765" w:rsidP="00C01765">
      <w:pPr>
        <w:keepNext/>
        <w:keepLines/>
        <w:spacing w:after="0" w:line="240" w:lineRule="auto"/>
        <w:jc w:val="center"/>
        <w:outlineLvl w:val="0"/>
        <w:rPr>
          <w:rFonts w:ascii="Calibri" w:eastAsia="Times New Roman" w:hAnsi="Calibri" w:cs="Calibri"/>
          <w:b/>
          <w:bCs/>
          <w:sz w:val="28"/>
          <w:szCs w:val="36"/>
          <w:lang w:val="en-GB" w:eastAsia="en-GB"/>
        </w:rPr>
      </w:pPr>
      <w:r w:rsidRPr="00C01765">
        <w:rPr>
          <w:rFonts w:ascii="Calibri" w:eastAsia="Times New Roman" w:hAnsi="Calibri" w:cs="Calibri"/>
          <w:b/>
          <w:bCs/>
          <w:sz w:val="28"/>
          <w:szCs w:val="36"/>
          <w:lang w:val="en-GB" w:eastAsia="en-GB"/>
        </w:rPr>
        <w:t>GENERAL PRIVACY NOTICE</w:t>
      </w:r>
    </w:p>
    <w:p w14:paraId="76B94D07" w14:textId="77777777" w:rsidR="00C01765" w:rsidRPr="00C01765" w:rsidRDefault="00C01765" w:rsidP="00C01765">
      <w:pPr>
        <w:spacing w:after="0" w:line="240" w:lineRule="auto"/>
        <w:rPr>
          <w:rFonts w:ascii="Calibri" w:eastAsia="Times New Roman" w:hAnsi="Calibri" w:cs="Calibri"/>
          <w:sz w:val="20"/>
          <w:szCs w:val="20"/>
          <w:lang w:val="en-GB" w:eastAsia="en-GB"/>
        </w:rPr>
      </w:pPr>
    </w:p>
    <w:p w14:paraId="3DCD01A0"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Your personal data – what is it?</w:t>
      </w:r>
    </w:p>
    <w:p w14:paraId="7CC4292B"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“Personal data” is any information relating to a living individual who can be identified from that data. This may include, for example, a name, address, email address, telephone number, photographs, or other identifying information.</w:t>
      </w:r>
    </w:p>
    <w:p w14:paraId="0C6C52DB"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32B35554"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The processing of personal data is governed by UK data protection legislation, including the UK General Data Protection Regulation (UK GDPR) and the Data Protection Act 2018.</w:t>
      </w:r>
    </w:p>
    <w:p w14:paraId="24DD5314"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59C8FEC1"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Who are we?</w:t>
      </w:r>
    </w:p>
    <w:p w14:paraId="0EE21FD0"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Upton &amp; North Elmsall Parish Council is the data controller for the personal data we hold.</w:t>
      </w:r>
    </w:p>
    <w:p w14:paraId="13EB1F0B"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This means the Council decides how your personal data is processed and for what purposes.</w:t>
      </w:r>
    </w:p>
    <w:p w14:paraId="3E12B07A"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6E091D19"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Data Protection Officer</w:t>
      </w:r>
    </w:p>
    <w:p w14:paraId="4AD87942" w14:textId="77777777" w:rsidR="00956F64" w:rsidRPr="00956F64" w:rsidRDefault="00956F64" w:rsidP="00956F64">
      <w:pPr>
        <w:spacing w:after="0" w:line="240" w:lineRule="auto"/>
        <w:rPr>
          <w:rFonts w:ascii="Calibri" w:eastAsia="Times New Roman" w:hAnsi="Calibri" w:cs="Calibri"/>
          <w:sz w:val="24"/>
          <w:szCs w:val="24"/>
          <w:lang w:val="en-GB" w:eastAsia="en-GB"/>
        </w:rPr>
      </w:pPr>
      <w:r w:rsidRPr="00956F64">
        <w:rPr>
          <w:rFonts w:ascii="Calibri" w:eastAsia="Times New Roman" w:hAnsi="Calibri" w:cs="Calibri"/>
          <w:sz w:val="24"/>
          <w:szCs w:val="24"/>
          <w:lang w:val="en-GB" w:eastAsia="en-GB"/>
        </w:rPr>
        <w:t>The Council has appointed an external Data Protection Officer (DPO).</w:t>
      </w:r>
    </w:p>
    <w:p w14:paraId="6DB0BBBB" w14:textId="77777777" w:rsidR="00956F64" w:rsidRPr="00956F64" w:rsidRDefault="00956F64" w:rsidP="00956F64">
      <w:pPr>
        <w:spacing w:after="0" w:line="240" w:lineRule="auto"/>
        <w:rPr>
          <w:rFonts w:ascii="Calibri" w:eastAsia="Times New Roman" w:hAnsi="Calibri" w:cs="Calibri"/>
          <w:sz w:val="24"/>
          <w:szCs w:val="24"/>
          <w:lang w:val="en-GB" w:eastAsia="en-GB"/>
        </w:rPr>
      </w:pPr>
    </w:p>
    <w:p w14:paraId="301EDE36" w14:textId="77777777" w:rsidR="00956F64" w:rsidRPr="00956F64" w:rsidRDefault="00956F64" w:rsidP="00956F64">
      <w:pPr>
        <w:spacing w:after="0" w:line="240" w:lineRule="auto"/>
        <w:rPr>
          <w:rFonts w:ascii="Calibri" w:eastAsia="Times New Roman" w:hAnsi="Calibri" w:cs="Calibri"/>
          <w:sz w:val="24"/>
          <w:szCs w:val="24"/>
          <w:lang w:val="en-GB" w:eastAsia="en-GB"/>
        </w:rPr>
      </w:pPr>
      <w:r w:rsidRPr="00956F64">
        <w:rPr>
          <w:rFonts w:ascii="Calibri" w:eastAsia="Times New Roman" w:hAnsi="Calibri" w:cs="Calibri"/>
          <w:sz w:val="24"/>
          <w:szCs w:val="24"/>
          <w:lang w:val="en-GB" w:eastAsia="en-GB"/>
        </w:rPr>
        <w:t>For all data protection queries, please contact:</w:t>
      </w:r>
      <w:r w:rsidRPr="00956F64">
        <w:rPr>
          <w:rFonts w:ascii="Calibri" w:eastAsia="Times New Roman" w:hAnsi="Calibri" w:cs="Calibri"/>
          <w:sz w:val="24"/>
          <w:szCs w:val="24"/>
          <w:lang w:val="en-GB" w:eastAsia="en-GB"/>
        </w:rPr>
        <w:br/>
        <w:t>Email: clerk@uptonandnorthelmsall-pc.gov.uk</w:t>
      </w:r>
    </w:p>
    <w:p w14:paraId="2B3F7909" w14:textId="77777777" w:rsidR="00956F64" w:rsidRPr="00956F64" w:rsidRDefault="00956F64" w:rsidP="00956F64">
      <w:pPr>
        <w:spacing w:after="0" w:line="240" w:lineRule="auto"/>
        <w:rPr>
          <w:rFonts w:ascii="Calibri" w:eastAsia="Times New Roman" w:hAnsi="Calibri" w:cs="Calibri"/>
          <w:sz w:val="24"/>
          <w:szCs w:val="24"/>
          <w:lang w:val="en-GB" w:eastAsia="en-GB"/>
        </w:rPr>
      </w:pPr>
    </w:p>
    <w:p w14:paraId="3D1329AF" w14:textId="77777777" w:rsidR="00956F64" w:rsidRPr="00956F64" w:rsidRDefault="00956F64" w:rsidP="00956F64">
      <w:pPr>
        <w:spacing w:after="0" w:line="240" w:lineRule="auto"/>
        <w:rPr>
          <w:rFonts w:ascii="Calibri" w:eastAsia="Times New Roman" w:hAnsi="Calibri" w:cs="Calibri"/>
          <w:sz w:val="24"/>
          <w:szCs w:val="24"/>
          <w:lang w:val="en-GB" w:eastAsia="en-GB"/>
        </w:rPr>
      </w:pPr>
      <w:r w:rsidRPr="00956F64">
        <w:rPr>
          <w:rFonts w:ascii="Calibri" w:eastAsia="Times New Roman" w:hAnsi="Calibri" w:cs="Calibri"/>
          <w:sz w:val="24"/>
          <w:szCs w:val="24"/>
          <w:lang w:val="en-GB" w:eastAsia="en-GB"/>
        </w:rPr>
        <w:t>The DPO is responsible for monitoring compliance with data protection legislation and can be contacted with any queries or concerns.</w:t>
      </w:r>
    </w:p>
    <w:p w14:paraId="5E8E7331"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19E60501"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What personal data we collect</w:t>
      </w:r>
    </w:p>
    <w:p w14:paraId="285AC7EA"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We may process some or </w:t>
      </w:r>
      <w:proofErr w:type="gramStart"/>
      <w:r w:rsidRPr="00C01765">
        <w:rPr>
          <w:rFonts w:ascii="Calibri" w:eastAsia="Times New Roman" w:hAnsi="Calibri" w:cs="Calibri"/>
          <w:sz w:val="24"/>
          <w:szCs w:val="24"/>
          <w:lang w:val="en-GB" w:eastAsia="en-GB"/>
        </w:rPr>
        <w:t>all of</w:t>
      </w:r>
      <w:proofErr w:type="gramEnd"/>
      <w:r w:rsidRPr="00C01765">
        <w:rPr>
          <w:rFonts w:ascii="Calibri" w:eastAsia="Times New Roman" w:hAnsi="Calibri" w:cs="Calibri"/>
          <w:sz w:val="24"/>
          <w:szCs w:val="24"/>
          <w:lang w:val="en-GB" w:eastAsia="en-GB"/>
        </w:rPr>
        <w:t xml:space="preserve"> the following personal data where necessary:</w:t>
      </w:r>
    </w:p>
    <w:p w14:paraId="3DB41999" w14:textId="77777777" w:rsidR="00C01765" w:rsidRPr="00C01765" w:rsidRDefault="00C01765" w:rsidP="00C01765">
      <w:pPr>
        <w:numPr>
          <w:ilvl w:val="0"/>
          <w:numId w:val="26"/>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Names, titles and aliases </w:t>
      </w:r>
    </w:p>
    <w:p w14:paraId="4146E843" w14:textId="77777777" w:rsidR="00C01765" w:rsidRPr="00C01765" w:rsidRDefault="00C01765" w:rsidP="00C01765">
      <w:pPr>
        <w:numPr>
          <w:ilvl w:val="0"/>
          <w:numId w:val="26"/>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Contact details such as addresses, telephone numbers and email addresses </w:t>
      </w:r>
    </w:p>
    <w:p w14:paraId="58491879" w14:textId="77777777" w:rsidR="00C01765" w:rsidRPr="00C01765" w:rsidRDefault="00C01765" w:rsidP="00C01765">
      <w:pPr>
        <w:numPr>
          <w:ilvl w:val="0"/>
          <w:numId w:val="26"/>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Photographs and images </w:t>
      </w:r>
    </w:p>
    <w:p w14:paraId="073CB466" w14:textId="77777777" w:rsidR="00C01765" w:rsidRPr="00C01765" w:rsidRDefault="00C01765" w:rsidP="00C01765">
      <w:pPr>
        <w:numPr>
          <w:ilvl w:val="0"/>
          <w:numId w:val="26"/>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Information relating to services you use or request </w:t>
      </w:r>
    </w:p>
    <w:p w14:paraId="3EE169BF" w14:textId="77777777" w:rsidR="00C01765" w:rsidRPr="00C01765" w:rsidRDefault="00C01765" w:rsidP="00C01765">
      <w:pPr>
        <w:numPr>
          <w:ilvl w:val="0"/>
          <w:numId w:val="26"/>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Financial information (e.g. for hall bookings, allotments, or payments) </w:t>
      </w:r>
    </w:p>
    <w:p w14:paraId="68A2A32B"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425AA035"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Where necessary and appropriate, we may also process limited amounts of special category data, such as information relating to health or safeguarding, where required to carry out our duties.</w:t>
      </w:r>
    </w:p>
    <w:p w14:paraId="29C0E733"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6872501D"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How we use your personal data</w:t>
      </w:r>
    </w:p>
    <w:p w14:paraId="04785868"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use personal data to carry out our functions as a local authority, including:</w:t>
      </w:r>
    </w:p>
    <w:p w14:paraId="17E44887"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Delivering public services and responding to enquiries </w:t>
      </w:r>
    </w:p>
    <w:p w14:paraId="2BBF261B"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Managing facilities such as allotments and the Village Hall </w:t>
      </w:r>
    </w:p>
    <w:p w14:paraId="5F25A316"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Processing payments and maintaining financial records </w:t>
      </w:r>
    </w:p>
    <w:p w14:paraId="41EE758F"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Communicating with residents, service users and stakeholders </w:t>
      </w:r>
    </w:p>
    <w:p w14:paraId="7420BE5F"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lastRenderedPageBreak/>
        <w:t xml:space="preserve">Ensuring safeguarding and wellbeing where required </w:t>
      </w:r>
    </w:p>
    <w:p w14:paraId="27343108"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Preventing and detecting fraud or misuse of public funds </w:t>
      </w:r>
    </w:p>
    <w:p w14:paraId="1849D6C0"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Meeting our legal and statutory obligations </w:t>
      </w:r>
    </w:p>
    <w:p w14:paraId="63C04B3B" w14:textId="77777777" w:rsidR="00C01765" w:rsidRPr="00C01765" w:rsidRDefault="00C01765" w:rsidP="00C01765">
      <w:pPr>
        <w:numPr>
          <w:ilvl w:val="0"/>
          <w:numId w:val="27"/>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Improving services and planning for the future </w:t>
      </w:r>
    </w:p>
    <w:p w14:paraId="6312FB36"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6A3C2C38"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may contact you by post, email or telephone where appropriate.</w:t>
      </w:r>
    </w:p>
    <w:p w14:paraId="217945E0"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447A5A92"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Lawful basis for processing</w:t>
      </w:r>
    </w:p>
    <w:p w14:paraId="24F175B9"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process personal data under the following lawful bases:</w:t>
      </w:r>
    </w:p>
    <w:p w14:paraId="5E3DF626" w14:textId="77777777" w:rsidR="00C01765" w:rsidRPr="00C01765" w:rsidRDefault="00C01765" w:rsidP="00C01765">
      <w:pPr>
        <w:numPr>
          <w:ilvl w:val="0"/>
          <w:numId w:val="28"/>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Public task</w:t>
      </w:r>
      <w:r w:rsidRPr="00C01765">
        <w:rPr>
          <w:rFonts w:ascii="Calibri" w:eastAsia="Times New Roman" w:hAnsi="Calibri" w:cs="Calibri"/>
          <w:sz w:val="24"/>
          <w:szCs w:val="24"/>
          <w:lang w:val="en-GB" w:eastAsia="en-GB"/>
        </w:rPr>
        <w:t xml:space="preserve"> – where processing is necessary for the performance of the Council’s official functions </w:t>
      </w:r>
    </w:p>
    <w:p w14:paraId="0A18F5A3" w14:textId="77777777" w:rsidR="00C01765" w:rsidRPr="00C01765" w:rsidRDefault="00C01765" w:rsidP="00C01765">
      <w:pPr>
        <w:numPr>
          <w:ilvl w:val="0"/>
          <w:numId w:val="28"/>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Legal obligation</w:t>
      </w:r>
      <w:r w:rsidRPr="00C01765">
        <w:rPr>
          <w:rFonts w:ascii="Calibri" w:eastAsia="Times New Roman" w:hAnsi="Calibri" w:cs="Calibri"/>
          <w:sz w:val="24"/>
          <w:szCs w:val="24"/>
          <w:lang w:val="en-GB" w:eastAsia="en-GB"/>
        </w:rPr>
        <w:t xml:space="preserve"> – where we are required to comply with the law </w:t>
      </w:r>
    </w:p>
    <w:p w14:paraId="7A941BEB" w14:textId="77777777" w:rsidR="00C01765" w:rsidRPr="00C01765" w:rsidRDefault="00C01765" w:rsidP="00C01765">
      <w:pPr>
        <w:numPr>
          <w:ilvl w:val="0"/>
          <w:numId w:val="28"/>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Contract</w:t>
      </w:r>
      <w:r w:rsidRPr="00C01765">
        <w:rPr>
          <w:rFonts w:ascii="Calibri" w:eastAsia="Times New Roman" w:hAnsi="Calibri" w:cs="Calibri"/>
          <w:sz w:val="24"/>
          <w:szCs w:val="24"/>
          <w:lang w:val="en-GB" w:eastAsia="en-GB"/>
        </w:rPr>
        <w:t xml:space="preserve"> – where processing is necessary to fulfil a contract with you </w:t>
      </w:r>
    </w:p>
    <w:p w14:paraId="1EFFFEEF" w14:textId="77777777" w:rsidR="00C01765" w:rsidRPr="00C01765" w:rsidRDefault="00C01765" w:rsidP="00C01765">
      <w:pPr>
        <w:numPr>
          <w:ilvl w:val="0"/>
          <w:numId w:val="28"/>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Consent</w:t>
      </w:r>
      <w:r w:rsidRPr="00C01765">
        <w:rPr>
          <w:rFonts w:ascii="Calibri" w:eastAsia="Times New Roman" w:hAnsi="Calibri" w:cs="Calibri"/>
          <w:sz w:val="24"/>
          <w:szCs w:val="24"/>
          <w:lang w:val="en-GB" w:eastAsia="en-GB"/>
        </w:rPr>
        <w:t xml:space="preserve"> – where you have given clear permission (used only where appropriate) </w:t>
      </w:r>
    </w:p>
    <w:p w14:paraId="5DE3D457"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0855EC52"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Where special category data is processed, this will only be done where there </w:t>
      </w:r>
      <w:proofErr w:type="gramStart"/>
      <w:r w:rsidRPr="00C01765">
        <w:rPr>
          <w:rFonts w:ascii="Calibri" w:eastAsia="Times New Roman" w:hAnsi="Calibri" w:cs="Calibri"/>
          <w:sz w:val="24"/>
          <w:szCs w:val="24"/>
          <w:lang w:val="en-GB" w:eastAsia="en-GB"/>
        </w:rPr>
        <w:t>is</w:t>
      </w:r>
      <w:proofErr w:type="gramEnd"/>
      <w:r w:rsidRPr="00C01765">
        <w:rPr>
          <w:rFonts w:ascii="Calibri" w:eastAsia="Times New Roman" w:hAnsi="Calibri" w:cs="Calibri"/>
          <w:sz w:val="24"/>
          <w:szCs w:val="24"/>
          <w:lang w:val="en-GB" w:eastAsia="en-GB"/>
        </w:rPr>
        <w:t xml:space="preserve"> a lawful basis and an additional condition under data protection legislation.</w:t>
      </w:r>
    </w:p>
    <w:p w14:paraId="6357A9AE"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35155247"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Sharing your personal data</w:t>
      </w:r>
    </w:p>
    <w:p w14:paraId="0E022E03"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may share your personal data where necessary and in accordance with the law.</w:t>
      </w:r>
    </w:p>
    <w:p w14:paraId="04ABCFC2"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4E4DEE76"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This may include sharing with:</w:t>
      </w:r>
    </w:p>
    <w:p w14:paraId="1EC20C6C" w14:textId="77777777" w:rsidR="00C01765" w:rsidRPr="00C01765" w:rsidRDefault="00C01765" w:rsidP="00C01765">
      <w:pPr>
        <w:numPr>
          <w:ilvl w:val="0"/>
          <w:numId w:val="29"/>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Wakefield Metropolitan District Council </w:t>
      </w:r>
    </w:p>
    <w:p w14:paraId="15633FC3" w14:textId="77777777" w:rsidR="00C01765" w:rsidRPr="00C01765" w:rsidRDefault="00C01765" w:rsidP="00C01765">
      <w:pPr>
        <w:numPr>
          <w:ilvl w:val="0"/>
          <w:numId w:val="29"/>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Other public authorities and statutory bodies </w:t>
      </w:r>
    </w:p>
    <w:p w14:paraId="1B91DBFB" w14:textId="77777777" w:rsidR="00C01765" w:rsidRPr="00C01765" w:rsidRDefault="00C01765" w:rsidP="00C01765">
      <w:pPr>
        <w:numPr>
          <w:ilvl w:val="0"/>
          <w:numId w:val="29"/>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Professional advisers and contractors working on behalf of the Council </w:t>
      </w:r>
    </w:p>
    <w:p w14:paraId="45B0F23E" w14:textId="77777777" w:rsidR="00C01765" w:rsidRPr="00C01765" w:rsidRDefault="00C01765" w:rsidP="00C01765">
      <w:pPr>
        <w:numPr>
          <w:ilvl w:val="0"/>
          <w:numId w:val="29"/>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Community organisations or partners involved in delivering local services </w:t>
      </w:r>
    </w:p>
    <w:p w14:paraId="304A07FF"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23218274"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All third parties are required to handle your data securely and in accordance with data protection legislation.</w:t>
      </w:r>
    </w:p>
    <w:p w14:paraId="57965430"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3D288A2F"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do not share your information unnecessarily.</w:t>
      </w:r>
    </w:p>
    <w:p w14:paraId="5749F142"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4AB9560E"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How long we keep your personal data</w:t>
      </w:r>
    </w:p>
    <w:p w14:paraId="43273233"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only keep personal data for as long as necessary.</w:t>
      </w:r>
    </w:p>
    <w:p w14:paraId="51BDA392"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7338F818"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Retention periods are determined in line with legal requirements and are set out in the Council’s Data Retention and Disposal Policy.</w:t>
      </w:r>
    </w:p>
    <w:p w14:paraId="6B92ABAC"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74D0E888"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Some records may be retained for longer periods where required for legal, financial or audit purposes.</w:t>
      </w:r>
    </w:p>
    <w:p w14:paraId="0D759DC6"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74326BD9"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Data security</w:t>
      </w:r>
    </w:p>
    <w:p w14:paraId="4D606981"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The Council takes appropriate technical and organisational measures to protect personal data against unauthorised access, loss, misuse or disclosure.</w:t>
      </w:r>
    </w:p>
    <w:p w14:paraId="06BC5581"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0228EEF6"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CCTV</w:t>
      </w:r>
    </w:p>
    <w:p w14:paraId="77641693"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The Council may operate CCTV systems in certain locations for the purposes of public safety, crime prevention and the protection of assets.</w:t>
      </w:r>
    </w:p>
    <w:p w14:paraId="55C302FC"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35565896"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Where CCTV is in use, appropriate signage will be displayed.</w:t>
      </w:r>
    </w:p>
    <w:p w14:paraId="4C914091"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7B66DEDA"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Your rights</w:t>
      </w:r>
    </w:p>
    <w:p w14:paraId="34804BC7"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You have the following rights in relation to your personal data:</w:t>
      </w:r>
    </w:p>
    <w:p w14:paraId="38E7F16D" w14:textId="77777777" w:rsidR="00C01765" w:rsidRPr="00C01765" w:rsidRDefault="00C01765" w:rsidP="00C01765">
      <w:pPr>
        <w:numPr>
          <w:ilvl w:val="0"/>
          <w:numId w:val="30"/>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Right of access</w:t>
      </w:r>
      <w:r w:rsidRPr="00C01765">
        <w:rPr>
          <w:rFonts w:ascii="Calibri" w:eastAsia="Times New Roman" w:hAnsi="Calibri" w:cs="Calibri"/>
          <w:sz w:val="24"/>
          <w:szCs w:val="24"/>
          <w:lang w:val="en-GB" w:eastAsia="en-GB"/>
        </w:rPr>
        <w:t xml:space="preserve"> – to request a copy of the data we hold about you </w:t>
      </w:r>
    </w:p>
    <w:p w14:paraId="3525BE29" w14:textId="77777777" w:rsidR="00C01765" w:rsidRPr="00C01765" w:rsidRDefault="00C01765" w:rsidP="00C01765">
      <w:pPr>
        <w:numPr>
          <w:ilvl w:val="0"/>
          <w:numId w:val="30"/>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Right to rectification</w:t>
      </w:r>
      <w:r w:rsidRPr="00C01765">
        <w:rPr>
          <w:rFonts w:ascii="Calibri" w:eastAsia="Times New Roman" w:hAnsi="Calibri" w:cs="Calibri"/>
          <w:sz w:val="24"/>
          <w:szCs w:val="24"/>
          <w:lang w:val="en-GB" w:eastAsia="en-GB"/>
        </w:rPr>
        <w:t xml:space="preserve"> – to request correction of inaccurate or incomplete data </w:t>
      </w:r>
    </w:p>
    <w:p w14:paraId="03FD0364" w14:textId="77777777" w:rsidR="00C01765" w:rsidRPr="00C01765" w:rsidRDefault="00C01765" w:rsidP="00C01765">
      <w:pPr>
        <w:numPr>
          <w:ilvl w:val="0"/>
          <w:numId w:val="30"/>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Right to erasure</w:t>
      </w:r>
      <w:r w:rsidRPr="00C01765">
        <w:rPr>
          <w:rFonts w:ascii="Calibri" w:eastAsia="Times New Roman" w:hAnsi="Calibri" w:cs="Calibri"/>
          <w:sz w:val="24"/>
          <w:szCs w:val="24"/>
          <w:lang w:val="en-GB" w:eastAsia="en-GB"/>
        </w:rPr>
        <w:t xml:space="preserve"> – to request deletion of your data where appropriate </w:t>
      </w:r>
    </w:p>
    <w:p w14:paraId="1C77B44D" w14:textId="77777777" w:rsidR="00C01765" w:rsidRPr="00C01765" w:rsidRDefault="00C01765" w:rsidP="00C01765">
      <w:pPr>
        <w:numPr>
          <w:ilvl w:val="0"/>
          <w:numId w:val="30"/>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Right to restrict processing</w:t>
      </w:r>
      <w:r w:rsidRPr="00C01765">
        <w:rPr>
          <w:rFonts w:ascii="Calibri" w:eastAsia="Times New Roman" w:hAnsi="Calibri" w:cs="Calibri"/>
          <w:sz w:val="24"/>
          <w:szCs w:val="24"/>
          <w:lang w:val="en-GB" w:eastAsia="en-GB"/>
        </w:rPr>
        <w:t xml:space="preserve"> – to request that processing is limited </w:t>
      </w:r>
    </w:p>
    <w:p w14:paraId="374C9E74" w14:textId="77777777" w:rsidR="00C01765" w:rsidRPr="00C01765" w:rsidRDefault="00C01765" w:rsidP="00C01765">
      <w:pPr>
        <w:numPr>
          <w:ilvl w:val="0"/>
          <w:numId w:val="30"/>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Right to object</w:t>
      </w:r>
      <w:r w:rsidRPr="00C01765">
        <w:rPr>
          <w:rFonts w:ascii="Calibri" w:eastAsia="Times New Roman" w:hAnsi="Calibri" w:cs="Calibri"/>
          <w:sz w:val="24"/>
          <w:szCs w:val="24"/>
          <w:lang w:val="en-GB" w:eastAsia="en-GB"/>
        </w:rPr>
        <w:t xml:space="preserve"> – to object to certain types of processing </w:t>
      </w:r>
    </w:p>
    <w:p w14:paraId="11678FA0" w14:textId="77777777" w:rsidR="00C01765" w:rsidRPr="00C01765" w:rsidRDefault="00C01765" w:rsidP="00C01765">
      <w:pPr>
        <w:numPr>
          <w:ilvl w:val="0"/>
          <w:numId w:val="30"/>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Right to data portability</w:t>
      </w:r>
      <w:r w:rsidRPr="00C01765">
        <w:rPr>
          <w:rFonts w:ascii="Calibri" w:eastAsia="Times New Roman" w:hAnsi="Calibri" w:cs="Calibri"/>
          <w:sz w:val="24"/>
          <w:szCs w:val="24"/>
          <w:lang w:val="en-GB" w:eastAsia="en-GB"/>
        </w:rPr>
        <w:t xml:space="preserve"> – where applicable </w:t>
      </w:r>
    </w:p>
    <w:p w14:paraId="4CFDAB8A" w14:textId="77777777" w:rsidR="00C01765" w:rsidRPr="00C01765" w:rsidRDefault="00C01765" w:rsidP="00C01765">
      <w:pPr>
        <w:numPr>
          <w:ilvl w:val="0"/>
          <w:numId w:val="30"/>
        </w:num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b/>
          <w:bCs/>
          <w:sz w:val="24"/>
          <w:szCs w:val="24"/>
          <w:lang w:val="en-GB" w:eastAsia="en-GB"/>
        </w:rPr>
        <w:t>Right to withdraw consent</w:t>
      </w:r>
      <w:r w:rsidRPr="00C01765">
        <w:rPr>
          <w:rFonts w:ascii="Calibri" w:eastAsia="Times New Roman" w:hAnsi="Calibri" w:cs="Calibri"/>
          <w:sz w:val="24"/>
          <w:szCs w:val="24"/>
          <w:lang w:val="en-GB" w:eastAsia="en-GB"/>
        </w:rPr>
        <w:t xml:space="preserve"> – where processing is based on consent </w:t>
      </w:r>
    </w:p>
    <w:p w14:paraId="3AAAB2BC"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4197BBD3"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will respond to requests within one month where possible.</w:t>
      </w:r>
    </w:p>
    <w:p w14:paraId="750D6C35"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1EFD364D"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Complaints</w:t>
      </w:r>
    </w:p>
    <w:p w14:paraId="7318E3FD"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If you have any concerns about how your data is handled, please contact us in the first instance.</w:t>
      </w:r>
    </w:p>
    <w:p w14:paraId="1CEF4DB5"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2384E8B4"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You also have the right to complain to the Information Commissioner’s Office (ICO):</w:t>
      </w:r>
    </w:p>
    <w:p w14:paraId="3CE013F6"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 xml:space="preserve">Website: </w:t>
      </w:r>
      <w:hyperlink r:id="rId22" w:tgtFrame="_new" w:history="1">
        <w:r w:rsidRPr="00C01765">
          <w:rPr>
            <w:rFonts w:ascii="Calibri" w:eastAsia="Times New Roman" w:hAnsi="Calibri" w:cs="Calibri"/>
            <w:color w:val="467886"/>
            <w:sz w:val="24"/>
            <w:szCs w:val="24"/>
            <w:u w:val="single"/>
            <w:lang w:val="en-GB" w:eastAsia="en-GB"/>
          </w:rPr>
          <w:t>https://ico.org.uk</w:t>
        </w:r>
      </w:hyperlink>
      <w:r w:rsidRPr="00C01765">
        <w:rPr>
          <w:rFonts w:ascii="Calibri" w:eastAsia="Times New Roman" w:hAnsi="Calibri" w:cs="Calibri"/>
          <w:sz w:val="24"/>
          <w:szCs w:val="24"/>
          <w:lang w:val="en-GB" w:eastAsia="en-GB"/>
        </w:rPr>
        <w:br/>
        <w:t>Telephone: 0303 123 1113</w:t>
      </w:r>
    </w:p>
    <w:p w14:paraId="7B6AA4A6"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453B5DCE"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Transfers outside the UK</w:t>
      </w:r>
    </w:p>
    <w:p w14:paraId="118A7816"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We do not routinely transfer personal data outside the UK.</w:t>
      </w:r>
      <w:r w:rsidRPr="00C01765">
        <w:rPr>
          <w:rFonts w:ascii="Calibri" w:eastAsia="Times New Roman" w:hAnsi="Calibri" w:cs="Calibri"/>
          <w:sz w:val="24"/>
          <w:szCs w:val="24"/>
          <w:lang w:val="en-GB" w:eastAsia="en-GB"/>
        </w:rPr>
        <w:br/>
      </w:r>
    </w:p>
    <w:p w14:paraId="082DAC14"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If this becomes necessary, appropriate safeguards will be put in place.</w:t>
      </w:r>
    </w:p>
    <w:p w14:paraId="5B2F24B3"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3A9FD207"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Changes to this notice</w:t>
      </w:r>
    </w:p>
    <w:p w14:paraId="204918B5"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This Privacy Notice is reviewed regularly and may be updated from time to time.</w:t>
      </w:r>
    </w:p>
    <w:p w14:paraId="2F459A24"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1C372E5F"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The latest version will always be available on the Council’s website.</w:t>
      </w:r>
    </w:p>
    <w:p w14:paraId="0BFABD72"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2D42641B"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 xml:space="preserve">Last Updated: </w:t>
      </w:r>
      <w:r w:rsidRPr="00C01765">
        <w:rPr>
          <w:rFonts w:ascii="Calibri" w:eastAsia="Times New Roman" w:hAnsi="Calibri" w:cs="Calibri"/>
          <w:sz w:val="24"/>
          <w:szCs w:val="24"/>
          <w:lang w:val="en-GB" w:eastAsia="en-GB"/>
        </w:rPr>
        <w:t>March 2026</w:t>
      </w:r>
    </w:p>
    <w:p w14:paraId="6707214B"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p>
    <w:p w14:paraId="17953103"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5185EFBE"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1A4B39F2"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52FABE4C"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14449743" w14:textId="77777777" w:rsidR="00C01765" w:rsidRDefault="00C01765" w:rsidP="00C01765">
      <w:pPr>
        <w:spacing w:after="0" w:line="240" w:lineRule="auto"/>
        <w:rPr>
          <w:rFonts w:ascii="Calibri" w:eastAsia="Times New Roman" w:hAnsi="Calibri" w:cs="Calibri"/>
          <w:sz w:val="24"/>
          <w:szCs w:val="24"/>
          <w:lang w:val="en-GB" w:eastAsia="en-GB"/>
        </w:rPr>
      </w:pPr>
    </w:p>
    <w:p w14:paraId="276175B4" w14:textId="77777777" w:rsidR="00C01765" w:rsidRPr="00C01765" w:rsidRDefault="00C01765" w:rsidP="00C01765">
      <w:pPr>
        <w:spacing w:after="0" w:line="240" w:lineRule="auto"/>
        <w:rPr>
          <w:rFonts w:ascii="Calibri" w:eastAsia="Times New Roman" w:hAnsi="Calibri" w:cs="Calibri"/>
          <w:sz w:val="24"/>
          <w:szCs w:val="24"/>
          <w:lang w:val="en-GB" w:eastAsia="en-GB"/>
        </w:rPr>
      </w:pPr>
    </w:p>
    <w:p w14:paraId="266B9A04" w14:textId="506C6653" w:rsidR="00C01765" w:rsidRPr="00C01765" w:rsidRDefault="00C01765" w:rsidP="00C01765">
      <w:pPr>
        <w:spacing w:after="0" w:line="240" w:lineRule="auto"/>
        <w:rPr>
          <w:rFonts w:ascii="Calibri" w:eastAsia="Times New Roman" w:hAnsi="Calibri" w:cs="Calibri"/>
          <w:b/>
          <w:bCs/>
          <w:sz w:val="24"/>
          <w:szCs w:val="24"/>
          <w:lang w:val="en-GB" w:eastAsia="en-GB"/>
        </w:rPr>
      </w:pPr>
      <w:r w:rsidRPr="00C01765">
        <w:rPr>
          <w:rFonts w:ascii="Calibri" w:eastAsia="Times New Roman" w:hAnsi="Calibri" w:cs="Calibri"/>
          <w:b/>
          <w:bCs/>
          <w:sz w:val="24"/>
          <w:szCs w:val="24"/>
          <w:lang w:val="en-GB" w:eastAsia="en-GB"/>
        </w:rPr>
        <w:t xml:space="preserve">Contact </w:t>
      </w:r>
      <w:r w:rsidR="00956F64">
        <w:rPr>
          <w:rFonts w:ascii="Calibri" w:eastAsia="Times New Roman" w:hAnsi="Calibri" w:cs="Calibri"/>
          <w:b/>
          <w:bCs/>
          <w:sz w:val="24"/>
          <w:szCs w:val="24"/>
          <w:lang w:val="en-GB" w:eastAsia="en-GB"/>
        </w:rPr>
        <w:t>D</w:t>
      </w:r>
      <w:r w:rsidRPr="00C01765">
        <w:rPr>
          <w:rFonts w:ascii="Calibri" w:eastAsia="Times New Roman" w:hAnsi="Calibri" w:cs="Calibri"/>
          <w:b/>
          <w:bCs/>
          <w:sz w:val="24"/>
          <w:szCs w:val="24"/>
          <w:lang w:val="en-GB" w:eastAsia="en-GB"/>
        </w:rPr>
        <w:t>etails</w:t>
      </w:r>
    </w:p>
    <w:p w14:paraId="09005988"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If you have any questions about this Privacy Notice or your personal data, please contact:</w:t>
      </w:r>
    </w:p>
    <w:p w14:paraId="6D777438" w14:textId="77777777" w:rsidR="00C01765" w:rsidRPr="00C01765" w:rsidRDefault="00C01765" w:rsidP="00C01765">
      <w:pPr>
        <w:spacing w:after="0" w:line="240" w:lineRule="auto"/>
        <w:rPr>
          <w:rFonts w:ascii="Calibri" w:eastAsia="Times New Roman" w:hAnsi="Calibri" w:cs="Calibri"/>
          <w:b/>
          <w:bCs/>
          <w:sz w:val="24"/>
          <w:szCs w:val="24"/>
          <w:lang w:val="en-GB" w:eastAsia="en-GB"/>
        </w:rPr>
      </w:pPr>
    </w:p>
    <w:p w14:paraId="1AB282EE"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Clerk to the Council</w:t>
      </w:r>
      <w:r w:rsidRPr="00C01765">
        <w:rPr>
          <w:rFonts w:ascii="Calibri" w:eastAsia="Times New Roman" w:hAnsi="Calibri" w:cs="Calibri"/>
          <w:sz w:val="24"/>
          <w:szCs w:val="24"/>
          <w:lang w:val="en-GB" w:eastAsia="en-GB"/>
        </w:rPr>
        <w:br/>
        <w:t>Upton &amp; North Elmsall Parish Council</w:t>
      </w:r>
      <w:r w:rsidRPr="00C01765">
        <w:rPr>
          <w:rFonts w:ascii="Calibri" w:eastAsia="Times New Roman" w:hAnsi="Calibri" w:cs="Calibri"/>
          <w:sz w:val="24"/>
          <w:szCs w:val="24"/>
          <w:lang w:val="en-GB" w:eastAsia="en-GB"/>
        </w:rPr>
        <w:br/>
        <w:t>The Village Hall</w:t>
      </w:r>
      <w:r w:rsidRPr="00C01765">
        <w:rPr>
          <w:rFonts w:ascii="Calibri" w:eastAsia="Times New Roman" w:hAnsi="Calibri" w:cs="Calibri"/>
          <w:sz w:val="24"/>
          <w:szCs w:val="24"/>
          <w:lang w:val="en-GB" w:eastAsia="en-GB"/>
        </w:rPr>
        <w:br/>
        <w:t>Upton</w:t>
      </w:r>
      <w:r w:rsidRPr="00C01765">
        <w:rPr>
          <w:rFonts w:ascii="Calibri" w:eastAsia="Times New Roman" w:hAnsi="Calibri" w:cs="Calibri"/>
          <w:sz w:val="24"/>
          <w:szCs w:val="24"/>
          <w:lang w:val="en-GB" w:eastAsia="en-GB"/>
        </w:rPr>
        <w:br/>
        <w:t>WF9 1JB</w:t>
      </w:r>
    </w:p>
    <w:p w14:paraId="4D559E3B" w14:textId="77777777" w:rsidR="00C01765" w:rsidRPr="00C01765" w:rsidRDefault="00C01765" w:rsidP="00C01765">
      <w:pPr>
        <w:spacing w:after="0" w:line="240" w:lineRule="auto"/>
        <w:rPr>
          <w:rFonts w:ascii="Calibri" w:eastAsia="Times New Roman" w:hAnsi="Calibri" w:cs="Calibri"/>
          <w:sz w:val="24"/>
          <w:szCs w:val="24"/>
          <w:lang w:val="en-GB" w:eastAsia="en-GB"/>
        </w:rPr>
      </w:pPr>
      <w:r w:rsidRPr="00C01765">
        <w:rPr>
          <w:rFonts w:ascii="Calibri" w:eastAsia="Times New Roman" w:hAnsi="Calibri" w:cs="Calibri"/>
          <w:sz w:val="24"/>
          <w:szCs w:val="24"/>
          <w:lang w:val="en-GB" w:eastAsia="en-GB"/>
        </w:rPr>
        <w:t>Email: clerk@uptonandnorthelmsall-pc.gov.uk</w:t>
      </w:r>
    </w:p>
    <w:p w14:paraId="5D312622" w14:textId="77777777" w:rsidR="00904507" w:rsidRPr="007A64A3" w:rsidRDefault="00904507" w:rsidP="004B1194">
      <w:pPr>
        <w:spacing w:after="0" w:line="240" w:lineRule="auto"/>
        <w:rPr>
          <w:rFonts w:asciiTheme="majorHAnsi" w:eastAsia="Times New Roman" w:hAnsiTheme="majorHAnsi" w:cstheme="majorHAnsi"/>
          <w:sz w:val="24"/>
          <w:szCs w:val="24"/>
          <w:lang w:val="en-GB" w:eastAsia="en-GB"/>
        </w:rPr>
      </w:pPr>
    </w:p>
    <w:sectPr w:rsidR="00904507" w:rsidRPr="007A64A3" w:rsidSect="008873CA">
      <w:pgSz w:w="12240" w:h="15840"/>
      <w:pgMar w:top="567" w:right="567" w:bottom="1134"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71E3" w14:textId="77777777" w:rsidR="004E710E" w:rsidRDefault="004E710E" w:rsidP="008873CA">
      <w:pPr>
        <w:spacing w:after="0" w:line="240" w:lineRule="auto"/>
      </w:pPr>
      <w:r>
        <w:separator/>
      </w:r>
    </w:p>
  </w:endnote>
  <w:endnote w:type="continuationSeparator" w:id="0">
    <w:p w14:paraId="7C03D8BA" w14:textId="77777777" w:rsidR="004E710E" w:rsidRDefault="004E710E" w:rsidP="00887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E092D" w14:textId="77777777" w:rsidR="004E710E" w:rsidRDefault="004E710E" w:rsidP="008873CA">
      <w:pPr>
        <w:spacing w:after="0" w:line="240" w:lineRule="auto"/>
      </w:pPr>
      <w:r>
        <w:separator/>
      </w:r>
    </w:p>
  </w:footnote>
  <w:footnote w:type="continuationSeparator" w:id="0">
    <w:p w14:paraId="3B590691" w14:textId="77777777" w:rsidR="004E710E" w:rsidRDefault="004E710E" w:rsidP="00887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A81143"/>
    <w:multiLevelType w:val="multilevel"/>
    <w:tmpl w:val="D1B6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893DA9"/>
    <w:multiLevelType w:val="hybridMultilevel"/>
    <w:tmpl w:val="77F8F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456536"/>
    <w:multiLevelType w:val="multilevel"/>
    <w:tmpl w:val="06A4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2486D"/>
    <w:multiLevelType w:val="hybridMultilevel"/>
    <w:tmpl w:val="65888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FE40C0"/>
    <w:multiLevelType w:val="multilevel"/>
    <w:tmpl w:val="9C9E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5411BE"/>
    <w:multiLevelType w:val="hybridMultilevel"/>
    <w:tmpl w:val="D7AE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1F2E23"/>
    <w:multiLevelType w:val="multilevel"/>
    <w:tmpl w:val="7AF4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385080"/>
    <w:multiLevelType w:val="multilevel"/>
    <w:tmpl w:val="0424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CC741C"/>
    <w:multiLevelType w:val="multilevel"/>
    <w:tmpl w:val="3970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131AE6"/>
    <w:multiLevelType w:val="multilevel"/>
    <w:tmpl w:val="23A6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146F64"/>
    <w:multiLevelType w:val="hybridMultilevel"/>
    <w:tmpl w:val="6232A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4D529F3"/>
    <w:multiLevelType w:val="multilevel"/>
    <w:tmpl w:val="26B2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EF6FC6"/>
    <w:multiLevelType w:val="multilevel"/>
    <w:tmpl w:val="26DC4BEA"/>
    <w:lvl w:ilvl="0">
      <w:start w:val="1"/>
      <w:numFmt w:val="bullet"/>
      <w:lvlText w:val=""/>
      <w:lvlJc w:val="left"/>
      <w:pPr>
        <w:tabs>
          <w:tab w:val="num" w:pos="928"/>
        </w:tabs>
        <w:ind w:left="928"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603FFC"/>
    <w:multiLevelType w:val="multilevel"/>
    <w:tmpl w:val="B15A6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812FFA"/>
    <w:multiLevelType w:val="multilevel"/>
    <w:tmpl w:val="7790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0144A1"/>
    <w:multiLevelType w:val="multilevel"/>
    <w:tmpl w:val="26DC4BEA"/>
    <w:lvl w:ilvl="0">
      <w:start w:val="1"/>
      <w:numFmt w:val="bullet"/>
      <w:lvlText w:val=""/>
      <w:lvlJc w:val="left"/>
      <w:pPr>
        <w:tabs>
          <w:tab w:val="num" w:pos="928"/>
        </w:tabs>
        <w:ind w:left="928"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C20FB4"/>
    <w:multiLevelType w:val="multilevel"/>
    <w:tmpl w:val="29E81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7E7AB3"/>
    <w:multiLevelType w:val="multilevel"/>
    <w:tmpl w:val="CDB8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C42754"/>
    <w:multiLevelType w:val="multilevel"/>
    <w:tmpl w:val="19821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9A5555"/>
    <w:multiLevelType w:val="multilevel"/>
    <w:tmpl w:val="AC5C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2112D1"/>
    <w:multiLevelType w:val="multilevel"/>
    <w:tmpl w:val="1B56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554783">
    <w:abstractNumId w:val="8"/>
  </w:num>
  <w:num w:numId="2" w16cid:durableId="554897172">
    <w:abstractNumId w:val="6"/>
  </w:num>
  <w:num w:numId="3" w16cid:durableId="548808415">
    <w:abstractNumId w:val="5"/>
  </w:num>
  <w:num w:numId="4" w16cid:durableId="243104402">
    <w:abstractNumId w:val="4"/>
  </w:num>
  <w:num w:numId="5" w16cid:durableId="946697301">
    <w:abstractNumId w:val="7"/>
  </w:num>
  <w:num w:numId="6" w16cid:durableId="666440345">
    <w:abstractNumId w:val="3"/>
  </w:num>
  <w:num w:numId="7" w16cid:durableId="1912807885">
    <w:abstractNumId w:val="2"/>
  </w:num>
  <w:num w:numId="8" w16cid:durableId="774981367">
    <w:abstractNumId w:val="1"/>
  </w:num>
  <w:num w:numId="9" w16cid:durableId="1132557675">
    <w:abstractNumId w:val="0"/>
  </w:num>
  <w:num w:numId="10" w16cid:durableId="1994143537">
    <w:abstractNumId w:val="12"/>
  </w:num>
  <w:num w:numId="11" w16cid:durableId="1748763094">
    <w:abstractNumId w:val="10"/>
  </w:num>
  <w:num w:numId="12" w16cid:durableId="1139111787">
    <w:abstractNumId w:val="21"/>
  </w:num>
  <w:num w:numId="13" w16cid:durableId="1708679488">
    <w:abstractNumId w:val="14"/>
  </w:num>
  <w:num w:numId="14" w16cid:durableId="1559170017">
    <w:abstractNumId w:val="19"/>
  </w:num>
  <w:num w:numId="15" w16cid:durableId="1110662429">
    <w:abstractNumId w:val="24"/>
  </w:num>
  <w:num w:numId="16" w16cid:durableId="882255753">
    <w:abstractNumId w:val="25"/>
  </w:num>
  <w:num w:numId="17" w16cid:durableId="408189804">
    <w:abstractNumId w:val="26"/>
  </w:num>
  <w:num w:numId="18" w16cid:durableId="46808043">
    <w:abstractNumId w:val="16"/>
  </w:num>
  <w:num w:numId="19" w16cid:durableId="1810394017">
    <w:abstractNumId w:val="22"/>
  </w:num>
  <w:num w:numId="20" w16cid:durableId="977806258">
    <w:abstractNumId w:val="18"/>
  </w:num>
  <w:num w:numId="21" w16cid:durableId="39668845">
    <w:abstractNumId w:val="13"/>
  </w:num>
  <w:num w:numId="22" w16cid:durableId="406149759">
    <w:abstractNumId w:val="15"/>
  </w:num>
  <w:num w:numId="23" w16cid:durableId="993028869">
    <w:abstractNumId w:val="11"/>
  </w:num>
  <w:num w:numId="24" w16cid:durableId="2055229269">
    <w:abstractNumId w:val="29"/>
  </w:num>
  <w:num w:numId="25" w16cid:durableId="2127313357">
    <w:abstractNumId w:val="17"/>
  </w:num>
  <w:num w:numId="26" w16cid:durableId="1566717230">
    <w:abstractNumId w:val="28"/>
  </w:num>
  <w:num w:numId="27" w16cid:durableId="1340618090">
    <w:abstractNumId w:val="27"/>
  </w:num>
  <w:num w:numId="28" w16cid:durableId="833761992">
    <w:abstractNumId w:val="20"/>
  </w:num>
  <w:num w:numId="29" w16cid:durableId="230846064">
    <w:abstractNumId w:val="23"/>
  </w:num>
  <w:num w:numId="30" w16cid:durableId="3092100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32"/>
    <w:rsid w:val="00032C42"/>
    <w:rsid w:val="00034616"/>
    <w:rsid w:val="00042A0B"/>
    <w:rsid w:val="0006063C"/>
    <w:rsid w:val="000631C8"/>
    <w:rsid w:val="000819D5"/>
    <w:rsid w:val="00083C31"/>
    <w:rsid w:val="000969E3"/>
    <w:rsid w:val="000A5C02"/>
    <w:rsid w:val="000E135A"/>
    <w:rsid w:val="000E3D71"/>
    <w:rsid w:val="000F5E6F"/>
    <w:rsid w:val="00107A5F"/>
    <w:rsid w:val="00110744"/>
    <w:rsid w:val="001252EA"/>
    <w:rsid w:val="0015074B"/>
    <w:rsid w:val="00180FA2"/>
    <w:rsid w:val="00193382"/>
    <w:rsid w:val="001936BA"/>
    <w:rsid w:val="001B0F4F"/>
    <w:rsid w:val="001B6841"/>
    <w:rsid w:val="001C2EFB"/>
    <w:rsid w:val="002051B2"/>
    <w:rsid w:val="0020661E"/>
    <w:rsid w:val="00214ACC"/>
    <w:rsid w:val="00237CE0"/>
    <w:rsid w:val="002658E7"/>
    <w:rsid w:val="00276E2A"/>
    <w:rsid w:val="00293CAF"/>
    <w:rsid w:val="002941C7"/>
    <w:rsid w:val="0029639D"/>
    <w:rsid w:val="00297CA9"/>
    <w:rsid w:val="002C25CA"/>
    <w:rsid w:val="002F668A"/>
    <w:rsid w:val="0030353D"/>
    <w:rsid w:val="003039B1"/>
    <w:rsid w:val="00306BC8"/>
    <w:rsid w:val="00317AD7"/>
    <w:rsid w:val="00326F90"/>
    <w:rsid w:val="00332E32"/>
    <w:rsid w:val="0033481A"/>
    <w:rsid w:val="0034632C"/>
    <w:rsid w:val="00353416"/>
    <w:rsid w:val="00364F6C"/>
    <w:rsid w:val="0036707E"/>
    <w:rsid w:val="00376875"/>
    <w:rsid w:val="003B28ED"/>
    <w:rsid w:val="003B54DF"/>
    <w:rsid w:val="003D1B5D"/>
    <w:rsid w:val="00403FC1"/>
    <w:rsid w:val="00404C85"/>
    <w:rsid w:val="00424F47"/>
    <w:rsid w:val="00430EEA"/>
    <w:rsid w:val="00432752"/>
    <w:rsid w:val="00435241"/>
    <w:rsid w:val="00437136"/>
    <w:rsid w:val="00437A2B"/>
    <w:rsid w:val="00455606"/>
    <w:rsid w:val="00487DAE"/>
    <w:rsid w:val="004B1194"/>
    <w:rsid w:val="004C02AB"/>
    <w:rsid w:val="004C0766"/>
    <w:rsid w:val="004C6A30"/>
    <w:rsid w:val="004E42A9"/>
    <w:rsid w:val="004E710E"/>
    <w:rsid w:val="004F536C"/>
    <w:rsid w:val="00500E3F"/>
    <w:rsid w:val="0050225F"/>
    <w:rsid w:val="005047D2"/>
    <w:rsid w:val="00510ABB"/>
    <w:rsid w:val="00523A7F"/>
    <w:rsid w:val="00530752"/>
    <w:rsid w:val="00543CE6"/>
    <w:rsid w:val="00561FA3"/>
    <w:rsid w:val="00572B66"/>
    <w:rsid w:val="00575FA3"/>
    <w:rsid w:val="005765B7"/>
    <w:rsid w:val="005871D8"/>
    <w:rsid w:val="00592F10"/>
    <w:rsid w:val="005B1EC1"/>
    <w:rsid w:val="005B51FD"/>
    <w:rsid w:val="005E61B1"/>
    <w:rsid w:val="00612940"/>
    <w:rsid w:val="00621403"/>
    <w:rsid w:val="00627FE5"/>
    <w:rsid w:val="00634EB7"/>
    <w:rsid w:val="00647670"/>
    <w:rsid w:val="00657FEC"/>
    <w:rsid w:val="006633C0"/>
    <w:rsid w:val="00672A50"/>
    <w:rsid w:val="00680A0D"/>
    <w:rsid w:val="00680E3E"/>
    <w:rsid w:val="006A3860"/>
    <w:rsid w:val="006A3CEA"/>
    <w:rsid w:val="006C3B50"/>
    <w:rsid w:val="006D56C7"/>
    <w:rsid w:val="006D6048"/>
    <w:rsid w:val="006E0100"/>
    <w:rsid w:val="006E218E"/>
    <w:rsid w:val="006E70B9"/>
    <w:rsid w:val="006F0574"/>
    <w:rsid w:val="006F4937"/>
    <w:rsid w:val="007028D9"/>
    <w:rsid w:val="00711B49"/>
    <w:rsid w:val="00725B2E"/>
    <w:rsid w:val="007861C3"/>
    <w:rsid w:val="007865BF"/>
    <w:rsid w:val="00796A04"/>
    <w:rsid w:val="007A1934"/>
    <w:rsid w:val="007A5AC4"/>
    <w:rsid w:val="007A64A3"/>
    <w:rsid w:val="007A749F"/>
    <w:rsid w:val="007B58AD"/>
    <w:rsid w:val="007C39EA"/>
    <w:rsid w:val="007C3CE7"/>
    <w:rsid w:val="007D674D"/>
    <w:rsid w:val="007E2902"/>
    <w:rsid w:val="007E5B43"/>
    <w:rsid w:val="007F5E6E"/>
    <w:rsid w:val="0080118E"/>
    <w:rsid w:val="00803EAD"/>
    <w:rsid w:val="008114F6"/>
    <w:rsid w:val="00811DA8"/>
    <w:rsid w:val="00812022"/>
    <w:rsid w:val="00820437"/>
    <w:rsid w:val="008208F6"/>
    <w:rsid w:val="00823035"/>
    <w:rsid w:val="00823246"/>
    <w:rsid w:val="00832E3D"/>
    <w:rsid w:val="00886A4B"/>
    <w:rsid w:val="008873CA"/>
    <w:rsid w:val="008B0787"/>
    <w:rsid w:val="008B2A31"/>
    <w:rsid w:val="008C34D1"/>
    <w:rsid w:val="008C4636"/>
    <w:rsid w:val="008C4714"/>
    <w:rsid w:val="008F5C80"/>
    <w:rsid w:val="00903A0C"/>
    <w:rsid w:val="00904507"/>
    <w:rsid w:val="0090616B"/>
    <w:rsid w:val="00912CA1"/>
    <w:rsid w:val="00913780"/>
    <w:rsid w:val="009169B0"/>
    <w:rsid w:val="00920C1A"/>
    <w:rsid w:val="00956F64"/>
    <w:rsid w:val="00963E8C"/>
    <w:rsid w:val="00963EFF"/>
    <w:rsid w:val="009764F5"/>
    <w:rsid w:val="00982BDE"/>
    <w:rsid w:val="009837F3"/>
    <w:rsid w:val="00992EE0"/>
    <w:rsid w:val="009A6267"/>
    <w:rsid w:val="009A6516"/>
    <w:rsid w:val="009A75FB"/>
    <w:rsid w:val="009B39CE"/>
    <w:rsid w:val="009C7134"/>
    <w:rsid w:val="009E5680"/>
    <w:rsid w:val="009E6E7D"/>
    <w:rsid w:val="009F3179"/>
    <w:rsid w:val="00A05E99"/>
    <w:rsid w:val="00A21FC3"/>
    <w:rsid w:val="00A234DD"/>
    <w:rsid w:val="00A418DB"/>
    <w:rsid w:val="00A475DB"/>
    <w:rsid w:val="00A75436"/>
    <w:rsid w:val="00A76A0D"/>
    <w:rsid w:val="00A77D6C"/>
    <w:rsid w:val="00A838A8"/>
    <w:rsid w:val="00A86AB9"/>
    <w:rsid w:val="00AA1D8D"/>
    <w:rsid w:val="00AC5371"/>
    <w:rsid w:val="00B10696"/>
    <w:rsid w:val="00B2307B"/>
    <w:rsid w:val="00B47730"/>
    <w:rsid w:val="00B50973"/>
    <w:rsid w:val="00B72309"/>
    <w:rsid w:val="00BA31ED"/>
    <w:rsid w:val="00BB5A84"/>
    <w:rsid w:val="00BC1432"/>
    <w:rsid w:val="00BC588E"/>
    <w:rsid w:val="00BC78FE"/>
    <w:rsid w:val="00BD197D"/>
    <w:rsid w:val="00BD2896"/>
    <w:rsid w:val="00BE2610"/>
    <w:rsid w:val="00C00AD1"/>
    <w:rsid w:val="00C01765"/>
    <w:rsid w:val="00C16880"/>
    <w:rsid w:val="00C37393"/>
    <w:rsid w:val="00C50DC9"/>
    <w:rsid w:val="00C6108A"/>
    <w:rsid w:val="00C62808"/>
    <w:rsid w:val="00C93F07"/>
    <w:rsid w:val="00CB0664"/>
    <w:rsid w:val="00CB5EE8"/>
    <w:rsid w:val="00CC327B"/>
    <w:rsid w:val="00CD2F1B"/>
    <w:rsid w:val="00CD4AB4"/>
    <w:rsid w:val="00CE1E44"/>
    <w:rsid w:val="00CF2DAE"/>
    <w:rsid w:val="00D016F6"/>
    <w:rsid w:val="00D062E6"/>
    <w:rsid w:val="00D247B6"/>
    <w:rsid w:val="00D37FE2"/>
    <w:rsid w:val="00D45251"/>
    <w:rsid w:val="00D571CD"/>
    <w:rsid w:val="00D57877"/>
    <w:rsid w:val="00D64A60"/>
    <w:rsid w:val="00DC32D3"/>
    <w:rsid w:val="00DC48BE"/>
    <w:rsid w:val="00DD5C59"/>
    <w:rsid w:val="00DE2342"/>
    <w:rsid w:val="00DE5896"/>
    <w:rsid w:val="00E115C7"/>
    <w:rsid w:val="00E11FF1"/>
    <w:rsid w:val="00E51909"/>
    <w:rsid w:val="00E66A0C"/>
    <w:rsid w:val="00E7669C"/>
    <w:rsid w:val="00E85B59"/>
    <w:rsid w:val="00E87726"/>
    <w:rsid w:val="00E9094D"/>
    <w:rsid w:val="00EA0EC6"/>
    <w:rsid w:val="00EA26C9"/>
    <w:rsid w:val="00EA3F1B"/>
    <w:rsid w:val="00EA5D84"/>
    <w:rsid w:val="00EB3D64"/>
    <w:rsid w:val="00EB6A79"/>
    <w:rsid w:val="00ED34A3"/>
    <w:rsid w:val="00EE0E2D"/>
    <w:rsid w:val="00EE21B8"/>
    <w:rsid w:val="00EF3C02"/>
    <w:rsid w:val="00F24990"/>
    <w:rsid w:val="00F53055"/>
    <w:rsid w:val="00F535B0"/>
    <w:rsid w:val="00F6460C"/>
    <w:rsid w:val="00F64DB4"/>
    <w:rsid w:val="00F722A8"/>
    <w:rsid w:val="00F85336"/>
    <w:rsid w:val="00F9213B"/>
    <w:rsid w:val="00FB0A1F"/>
    <w:rsid w:val="00FB1C95"/>
    <w:rsid w:val="00FB7208"/>
    <w:rsid w:val="00FC605A"/>
    <w:rsid w:val="00FC693F"/>
    <w:rsid w:val="00FF25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2095E9"/>
  <w14:defaultImageDpi w14:val="300"/>
  <w15:docId w15:val="{0A86CF2F-12D1-450A-870A-2DA610A8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4">
    <w:name w:val="Plain Table 4"/>
    <w:basedOn w:val="TableNormal"/>
    <w:uiPriority w:val="99"/>
    <w:rsid w:val="009E56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A3F1B"/>
    <w:rPr>
      <w:color w:val="0000FF" w:themeColor="hyperlink"/>
      <w:u w:val="single"/>
    </w:rPr>
  </w:style>
  <w:style w:type="character" w:styleId="UnresolvedMention">
    <w:name w:val="Unresolved Mention"/>
    <w:basedOn w:val="DefaultParagraphFont"/>
    <w:uiPriority w:val="99"/>
    <w:semiHidden/>
    <w:unhideWhenUsed/>
    <w:rsid w:val="00EA3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uptonandnorthelmsall-pc.gov.uk" TargetMode="External"/><Relationship Id="rId18" Type="http://schemas.openxmlformats.org/officeDocument/2006/relationships/hyperlink" Target="mailto:clerk@uptonandnorthelmsall-pc.gov.uk" TargetMode="External"/><Relationship Id="rId3" Type="http://schemas.openxmlformats.org/officeDocument/2006/relationships/customXml" Target="../customXml/item3.xml"/><Relationship Id="rId21" Type="http://schemas.openxmlformats.org/officeDocument/2006/relationships/hyperlink" Target="mailto:admin@uptonandnorthelmsall-pc.gov.uk" TargetMode="External"/><Relationship Id="rId7" Type="http://schemas.openxmlformats.org/officeDocument/2006/relationships/settings" Target="settings.xml"/><Relationship Id="rId12" Type="http://schemas.openxmlformats.org/officeDocument/2006/relationships/hyperlink" Target="mailto:clerk@uptonandnorthelmsall-pc.gov.uk" TargetMode="External"/><Relationship Id="rId17" Type="http://schemas.openxmlformats.org/officeDocument/2006/relationships/hyperlink" Target="mailto:admin@uptonandnorthelmsall-pc.gov.uk" TargetMode="External"/><Relationship Id="rId2" Type="http://schemas.openxmlformats.org/officeDocument/2006/relationships/customXml" Target="../customXml/item2.xml"/><Relationship Id="rId16" Type="http://schemas.openxmlformats.org/officeDocument/2006/relationships/hyperlink" Target="mailto:clerk@uptonandnorthelmsall-pc.gov.uk" TargetMode="External"/><Relationship Id="rId20" Type="http://schemas.openxmlformats.org/officeDocument/2006/relationships/hyperlink" Target="mailto:clerk@uptonandnorthelmsall-pc.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dmin@uptonandnorthelmsall-pc.gov.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admin@uptonandnorthelmsall-pc.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erk@uptonandnorthelmsall-pc.gov.uk" TargetMode="External"/><Relationship Id="rId22"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9D6CD0AF3A4044A25E4D0DAE7098B2" ma:contentTypeVersion="11" ma:contentTypeDescription="Create a new document." ma:contentTypeScope="" ma:versionID="ce00643f4a3abbf9b18fb03da2707888">
  <xsd:schema xmlns:xsd="http://www.w3.org/2001/XMLSchema" xmlns:xs="http://www.w3.org/2001/XMLSchema" xmlns:p="http://schemas.microsoft.com/office/2006/metadata/properties" xmlns:ns2="9e871956-f70b-403e-979c-3d8b4b0928fa" xmlns:ns3="f2e8f4fe-d687-4ca4-bd29-a5c313696a68" targetNamespace="http://schemas.microsoft.com/office/2006/metadata/properties" ma:root="true" ma:fieldsID="1e3c165be8a3f0362581307a568143b3" ns2:_="" ns3:_="">
    <xsd:import namespace="9e871956-f70b-403e-979c-3d8b4b0928fa"/>
    <xsd:import namespace="f2e8f4fe-d687-4ca4-bd29-a5c313696a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71956-f70b-403e-979c-3d8b4b092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1e266b-015e-4318-b5c3-dccc3fcf5d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e8f4fe-d687-4ca4-bd29-a5c313696a6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8e2219-414f-44f7-8fd1-2cfdc2c4f7d2}" ma:internalName="TaxCatchAll" ma:showField="CatchAllData" ma:web="f2e8f4fe-d687-4ca4-bd29-a5c31369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871956-f70b-403e-979c-3d8b4b0928fa">
      <Terms xmlns="http://schemas.microsoft.com/office/infopath/2007/PartnerControls"/>
    </lcf76f155ced4ddcb4097134ff3c332f>
    <TaxCatchAll xmlns="f2e8f4fe-d687-4ca4-bd29-a5c313696a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C3E35-6FA7-4A37-91FB-D1A0DA9E4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71956-f70b-403e-979c-3d8b4b0928fa"/>
    <ds:schemaRef ds:uri="f2e8f4fe-d687-4ca4-bd29-a5c31369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96261-1556-4C4D-BE11-48F3D1FE4678}">
  <ds:schemaRefs>
    <ds:schemaRef ds:uri="http://schemas.microsoft.com/office/2006/metadata/properties"/>
    <ds:schemaRef ds:uri="http://schemas.microsoft.com/office/infopath/2007/PartnerControls"/>
    <ds:schemaRef ds:uri="9e871956-f70b-403e-979c-3d8b4b0928fa"/>
    <ds:schemaRef ds:uri="f2e8f4fe-d687-4ca4-bd29-a5c313696a68"/>
  </ds:schemaRefs>
</ds:datastoreItem>
</file>

<file path=customXml/itemProps3.xml><?xml version="1.0" encoding="utf-8"?>
<ds:datastoreItem xmlns:ds="http://schemas.openxmlformats.org/officeDocument/2006/customXml" ds:itemID="{FD458C34-729B-4A33-AF1B-30B482561502}">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2229</Words>
  <Characters>12095</Characters>
  <Application>Microsoft Office Word</Application>
  <DocSecurity>0</DocSecurity>
  <Lines>519</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Clerk | Upton and North Elmsall Parish Council</cp:lastModifiedBy>
  <cp:revision>17</cp:revision>
  <cp:lastPrinted>2026-03-24T13:25:00Z</cp:lastPrinted>
  <dcterms:created xsi:type="dcterms:W3CDTF">2026-02-10T09:06:00Z</dcterms:created>
  <dcterms:modified xsi:type="dcterms:W3CDTF">2026-04-02T07:35:00Z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0x010100679D6CD0AF3A4044A25E4D0DAE7098B2</vt:lpwstr>
  </property>
  <property fmtid="{D5CDD505-2E9C-101B-9397-08002B2CF9AE}" pid="3" name="MediaServiceImageTags">
    <vt:lpwstr/>
  </property>
</Properties>
</file>